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8D8" w:rsidRPr="00935543" w:rsidRDefault="00935543" w:rsidP="00935543">
      <w:pPr>
        <w:autoSpaceDE w:val="0"/>
        <w:autoSpaceDN w:val="0"/>
        <w:spacing w:before="1032" w:after="0" w:line="230" w:lineRule="auto"/>
        <w:ind w:right="1974"/>
        <w:rPr>
          <w:lang w:val="ru-RU"/>
        </w:rPr>
        <w:sectPr w:rsidR="00BF78D8" w:rsidRPr="00935543">
          <w:pgSz w:w="11900" w:h="16840"/>
          <w:pgMar w:top="298" w:right="1440" w:bottom="1440" w:left="738" w:header="720" w:footer="720" w:gutter="0"/>
          <w:cols w:space="720" w:equalWidth="0">
            <w:col w:w="9722" w:space="0"/>
          </w:cols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6173470" cy="8554339"/>
            <wp:effectExtent l="0" t="0" r="0" b="0"/>
            <wp:docPr id="1" name="Рисунок 1" descr="C:\Users\admin\Desktop\Новая папка (4)\история 5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история 5-9 классы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470" cy="8554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78D8" w:rsidRPr="00935543" w:rsidRDefault="00BF78D8">
      <w:pPr>
        <w:autoSpaceDE w:val="0"/>
        <w:autoSpaceDN w:val="0"/>
        <w:spacing w:after="438" w:line="220" w:lineRule="exact"/>
        <w:rPr>
          <w:lang w:val="ru-RU"/>
        </w:rPr>
      </w:pPr>
    </w:p>
    <w:p w:rsidR="00BF78D8" w:rsidRPr="00935543" w:rsidRDefault="00BF78D8" w:rsidP="00935543">
      <w:pPr>
        <w:autoSpaceDE w:val="0"/>
        <w:autoSpaceDN w:val="0"/>
        <w:spacing w:after="0" w:line="230" w:lineRule="auto"/>
        <w:ind w:right="3516"/>
        <w:jc w:val="center"/>
        <w:rPr>
          <w:lang w:val="ru-RU"/>
        </w:rPr>
        <w:sectPr w:rsidR="00BF78D8" w:rsidRPr="00935543">
          <w:pgSz w:w="11900" w:h="16840"/>
          <w:pgMar w:top="65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21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BF78D8" w:rsidRPr="00935543" w:rsidRDefault="0011627F">
      <w:pPr>
        <w:autoSpaceDE w:val="0"/>
        <w:autoSpaceDN w:val="0"/>
        <w:spacing w:before="346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«ИСТОРИЯ»</w:t>
      </w:r>
    </w:p>
    <w:p w:rsidR="00BF78D8" w:rsidRPr="00935543" w:rsidRDefault="0011627F">
      <w:pPr>
        <w:autoSpaceDE w:val="0"/>
        <w:autoSpaceDN w:val="0"/>
        <w:spacing w:before="166" w:after="0" w:line="283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времени, их социального, созидательного, нравственного опыта. Она служит важным ресурсом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человека и общества в связи прошлого, настоящего и будущего.</w:t>
      </w:r>
    </w:p>
    <w:p w:rsidR="00BF78D8" w:rsidRPr="00935543" w:rsidRDefault="0011627F">
      <w:pPr>
        <w:autoSpaceDE w:val="0"/>
        <w:autoSpaceDN w:val="0"/>
        <w:spacing w:before="264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«ИСТОРИЯ»</w:t>
      </w:r>
    </w:p>
    <w:p w:rsidR="00BF78D8" w:rsidRPr="00935543" w:rsidRDefault="0011627F">
      <w:pPr>
        <w:autoSpaceDE w:val="0"/>
        <w:autoSpaceDN w:val="0"/>
        <w:spacing w:before="166" w:after="0" w:line="286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тоящему Отечества.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основной школе ключевыми задачами являются:</w:t>
      </w:r>
    </w:p>
    <w:p w:rsidR="00BF78D8" w:rsidRPr="00935543" w:rsidRDefault="0011627F">
      <w:pPr>
        <w:autoSpaceDE w:val="0"/>
        <w:autoSpaceDN w:val="0"/>
        <w:spacing w:before="178" w:after="0" w:line="271" w:lineRule="auto"/>
        <w:ind w:left="420"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у молодого поколения ориентиров для гражданской, этнонациональной, социальной, культурной самоовладение знаниями об основных этапах развития человеческого общества, при особом внимании к месту и роли России во всемирно-историческом процессе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BF78D8" w:rsidRPr="00935543" w:rsidRDefault="0011627F">
      <w:pPr>
        <w:autoSpaceDE w:val="0"/>
        <w:autoSpaceDN w:val="0"/>
        <w:spacing w:before="190" w:after="0"/>
        <w:ind w:left="420"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  воспитание учащихся в духе патриотизма, уважения к своему Отечеству —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F78D8" w:rsidRPr="00935543" w:rsidRDefault="0011627F">
      <w:pPr>
        <w:autoSpaceDE w:val="0"/>
        <w:autoSpaceDN w:val="0"/>
        <w:spacing w:before="192" w:after="0" w:line="271" w:lineRule="auto"/>
        <w:ind w:left="420"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принципом историзма, в их динамике, взаимосвязи и взаимообусловленности;</w:t>
      </w:r>
    </w:p>
    <w:p w:rsidR="00BF78D8" w:rsidRPr="00935543" w:rsidRDefault="0011627F">
      <w:pPr>
        <w:autoSpaceDE w:val="0"/>
        <w:autoSpaceDN w:val="0"/>
        <w:spacing w:before="190" w:after="0" w:line="281" w:lineRule="auto"/>
        <w:ind w:left="42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—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формирование у школьников умений применять исторические знания в учебной 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внешкольной деятельности, в современном поликультурном, полиэтничном 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многоконфессиональном обществе (Концепция преподавания учебного курса «История России» в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образовательных организациях Российской Федерации, реализующих основные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общеобразовательные программы // Преподавание истории и обществознания в школе. —2020. — № 8. — С. 7—8).</w:t>
      </w:r>
    </w:p>
    <w:p w:rsidR="00BF78D8" w:rsidRPr="00935543" w:rsidRDefault="0011627F">
      <w:pPr>
        <w:autoSpaceDE w:val="0"/>
        <w:autoSpaceDN w:val="0"/>
        <w:spacing w:before="32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«ИСТОРИЯ» В УЧЕБНОМ ПЛАНЕ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71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Программа составлена с учет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ом количества часов, отводимого на изучение предмета «История»базовым учебным планом: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5—9 классах по 2 учебных часа в неделю при 34 учебных неделях.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436" w:right="650" w:bottom="39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1440" w:right="1440" w:bottom="1440" w:left="1440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BF78D8" w:rsidRPr="00935543" w:rsidRDefault="0011627F">
      <w:pPr>
        <w:autoSpaceDE w:val="0"/>
        <w:autoSpaceDN w:val="0"/>
        <w:spacing w:before="346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5 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КЛАСС</w:t>
      </w:r>
    </w:p>
    <w:p w:rsidR="00BF78D8" w:rsidRPr="00935543" w:rsidRDefault="0011627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ИСТОРИЯ ДРЕВНЕГО МИРА 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78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ПЕРВОБЫТНОСТЬ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Происхождение,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Древнейшие земледельцы и скотоводы: трудовая де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ятельность, изобретения. Появление ремесел.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Разложение п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ервобытнообщинных отношений. На пороге цивилизации.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1872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МИР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Понятие и хронологические рамки истории Древнего мира. Карта Древнего мира.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4176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Восток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Понятие «Древний Восток». Карта Древневосточного мира.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Египет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Природа Египта. Условия жи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. Могущество Египта при Рамсесе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Религиозные верования египтян. Боги Древнего Египта. Храмы и жрецы. Пирамиды и гробницы.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Фараон-реформатор Эхнатон. Позн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ания древних египтян (астрономия, математика, медицина).</w:t>
      </w:r>
    </w:p>
    <w:p w:rsidR="00BF78D8" w:rsidRPr="00935543" w:rsidRDefault="0011627F">
      <w:pPr>
        <w:autoSpaceDE w:val="0"/>
        <w:autoSpaceDN w:val="0"/>
        <w:spacing w:before="72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Письменность (иероглифы, папирус). Открытие Ж. Ф. Шампольона. Искусство Древнего Египта (архитектура, рельефы, фрески).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2" w:after="0" w:line="271" w:lineRule="auto"/>
        <w:ind w:right="100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Древние цивилизации Месопотамии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Природные условия Месопотамии (Междуречья).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Занятия населения. Древнейшие города-государства. Создание единого государства. Письменность. Мифы и сказания.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Древний Вавилон. Царь Хаммурапи и его законы.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Ассирия. Завоевания ассирийцев. Создание сильной державы. Культурные сокровища Ниневии. Гибель имп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ерии.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Усиление Нововавилонского царства. Легендарные памятники города Вавилона.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Восточное Средиземноморье в древности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50" w:bottom="49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Персидская держава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Завоевания персов. Государств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 Ахеменидов. Великие цари: Кир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Великий, Дарий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Древняя Индия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BF78D8" w:rsidRPr="00935543" w:rsidRDefault="0011627F">
      <w:pPr>
        <w:autoSpaceDE w:val="0"/>
        <w:autoSpaceDN w:val="0"/>
        <w:spacing w:before="192" w:after="0" w:line="262" w:lineRule="auto"/>
        <w:ind w:left="180" w:right="576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Древний Китай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Древнего Китая. Хозяйственная деятельность и условия жизни населения.</w:t>
      </w:r>
    </w:p>
    <w:p w:rsidR="00BF78D8" w:rsidRPr="00935543" w:rsidRDefault="0011627F">
      <w:pPr>
        <w:autoSpaceDE w:val="0"/>
        <w:autoSpaceDN w:val="0"/>
        <w:spacing w:before="70" w:after="0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Религиозно-философские учения. Конфуций. Научные знания и изобретения древних китайцев. Храмы.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72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Древняя Греция. Эллинизм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Древнейшая Греция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Природные условия Древней Греции. Занятия населения. Древнейшие государства на Крите. Расцвет и гибель Минойской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цивилизации. Государства Ахейской Греции (Микены, Тиринф).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Троянская война. Вторжение дорийских племен. Поэмы Гомера «Илиада», «Одиссея».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Греческие полисы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Подъем хозяйственной жизни после «темных веков». Развитие земледелия и ремесла. Становление полисо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в, их политическое устройство. Аристократия и демос. Великая греческая колонизация. Метрополии и колонии.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оенного дела. Спартанское воспитание.</w:t>
      </w:r>
    </w:p>
    <w:p w:rsidR="00BF78D8" w:rsidRPr="00935543" w:rsidRDefault="0011627F">
      <w:pPr>
        <w:autoSpaceDE w:val="0"/>
        <w:autoSpaceDN w:val="0"/>
        <w:spacing w:before="70" w:after="0" w:line="278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и, при Платеях и Микале. Итоги греко-персидских войн.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432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Культура Древней Греции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Религия древних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греков; пантеон богов. Храмы и жрецы. Развитие наук. Греческая философия.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импии.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Македонские завоевания. Эллинизм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Возвышение Македонии. Политика Филиппа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государства Востока. Культура эллинистического мира.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Александрия Египетская.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Древний Рим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92" w:bottom="342" w:left="666" w:header="720" w:footer="720" w:gutter="0"/>
          <w:cols w:space="720" w:equalWidth="0">
            <w:col w:w="1054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62" w:lineRule="auto"/>
        <w:ind w:left="180" w:right="72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Возникновение Римского государства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Природа и население Апеннинского полуострова в древности. Этрусские города-государства.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71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Римские завоевания в Средиземноморье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Войн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Поздняя Римская республика. Гражданские войны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Подъем сельского хозяйства. Латифундии. Рабство. Борьба за аграрную ре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следниками Цезаря. Победа Октавиана.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Расцвет и падение Римской империи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Установление императорской власти. Октавиан Август. Императоры Рима: завоеватели 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правители. Римская империя: территория, управление. Римское гражданство. Повседневная жизнь в стол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ице и провинциях. Возникновение и распространение христианства. Император Константин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Начало Великого переселения народов. Рим и варвары. Падение Западной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Римской империи.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Культура Древнего Рима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3312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Обобщение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Историческое и культурное наследие циви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лизаций Древнего мира. 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BF78D8" w:rsidRPr="00935543" w:rsidRDefault="0011627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ВСЕОБЩАЯ ИСТОРИЯ. ИСТОРИЯ СРЕДНИХ ВЕКОВ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2016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Средние века: понятие, хронологические рамки и периодизация Средневековья.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2" w:after="0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Народы Европы в раннее Средневековье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Падение Западной Римской империи и образование варварских 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оролевств. Завоевание франками Галлии. Хлодвиг. Усиление королевской власти. Салическая правда. Принятие франками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христианства.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Франкское государство в </w:t>
      </w:r>
      <w:r>
        <w:rPr>
          <w:rFonts w:ascii="Times New Roman" w:eastAsia="Times New Roman" w:hAnsi="Times New Roman"/>
          <w:color w:val="000000"/>
          <w:sz w:val="24"/>
        </w:rPr>
        <w:t>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Усиление власти майордомов. Карл Мартелл и его военная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Византийская империя в </w:t>
      </w:r>
      <w:r>
        <w:rPr>
          <w:rFonts w:ascii="Times New Roman" w:eastAsia="Times New Roman" w:hAnsi="Times New Roman"/>
          <w:b/>
          <w:color w:val="000000"/>
          <w:sz w:val="24"/>
        </w:rPr>
        <w:t>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—Х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 (архитектура,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80" w:bottom="308" w:left="666" w:header="720" w:footer="720" w:gutter="0"/>
          <w:cols w:space="720" w:equalWidth="0">
            <w:col w:w="1055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мозаика, фреска, иконопись).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Арабы в </w:t>
      </w:r>
      <w:r>
        <w:rPr>
          <w:rFonts w:ascii="Times New Roman" w:eastAsia="Times New Roman" w:hAnsi="Times New Roman"/>
          <w:b/>
          <w:color w:val="000000"/>
          <w:sz w:val="24"/>
        </w:rPr>
        <w:t>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—Х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беда новой веры. Коран. Завоевания арабов.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Средневековое европейское общество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Аграрное производство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BF78D8" w:rsidRPr="00935543" w:rsidRDefault="0011627F">
      <w:pPr>
        <w:autoSpaceDE w:val="0"/>
        <w:autoSpaceDN w:val="0"/>
        <w:spacing w:before="72" w:after="0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Города — центры ремесла, торговл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ни и быт горожан.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ранения. Преследование еретиков.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Государства Европы в Х</w:t>
      </w:r>
      <w:r>
        <w:rPr>
          <w:rFonts w:ascii="Times New Roman" w:eastAsia="Times New Roman" w:hAnsi="Times New Roman"/>
          <w:b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—Х</w:t>
      </w:r>
      <w:r>
        <w:rPr>
          <w:rFonts w:ascii="Times New Roman" w:eastAsia="Times New Roman" w:hAnsi="Times New Roman"/>
          <w:b/>
          <w:color w:val="000000"/>
          <w:sz w:val="24"/>
        </w:rPr>
        <w:t>V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Усиление королевской власти в странах Западной Европы. Сословно-представительная монархия.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Образование централизованных государств в Англии, Франции. Столетняя война; Ж. Д’Арк. Священная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Римская империя в Х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—Х</w:t>
      </w:r>
      <w:r>
        <w:rPr>
          <w:rFonts w:ascii="Times New Roman" w:eastAsia="Times New Roman" w:hAnsi="Times New Roman"/>
          <w:color w:val="000000"/>
          <w:sz w:val="24"/>
        </w:rPr>
        <w:t>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Польско-литовское государство в </w:t>
      </w:r>
      <w:r>
        <w:rPr>
          <w:rFonts w:ascii="Times New Roman" w:eastAsia="Times New Roman" w:hAnsi="Times New Roman"/>
          <w:color w:val="000000"/>
          <w:sz w:val="24"/>
        </w:rPr>
        <w:t>XIV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Реконкиста и образование централизованных государств на Пиренейском полу- острове. Итальянские государства в </w:t>
      </w:r>
      <w:r>
        <w:rPr>
          <w:rFonts w:ascii="Times New Roman" w:eastAsia="Times New Roman" w:hAnsi="Times New Roman"/>
          <w:color w:val="000000"/>
          <w:sz w:val="24"/>
        </w:rPr>
        <w:t>XII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Развитие экономики в европейских странах в период зрелого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Средн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евековья. Обострение социальных противоречий в Х</w:t>
      </w:r>
      <w:r>
        <w:rPr>
          <w:rFonts w:ascii="Times New Roman" w:eastAsia="Times New Roman" w:hAnsi="Times New Roman"/>
          <w:color w:val="000000"/>
          <w:sz w:val="24"/>
        </w:rPr>
        <w:t>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(Жакерия, восстание Уота Тайлера). Гуситское движение в Чехии.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Византийская империя и славянские государства в Х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—Х</w:t>
      </w:r>
      <w:r>
        <w:rPr>
          <w:rFonts w:ascii="Times New Roman" w:eastAsia="Times New Roman" w:hAnsi="Times New Roman"/>
          <w:color w:val="000000"/>
          <w:sz w:val="24"/>
        </w:rPr>
        <w:t>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Экспансия турок-османов.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Османские завоевания на Балканах. Падение Константинопо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Культура средневековой Европы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Гутенберг.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Страны Востока в Средние века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Османска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й: империи, правители и подданные, борьба против завоевателей. Япония в Средние века: образование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Культура народов Во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стока. Литература. Архитектура. Традиционные искусства и ремесла.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Государства доколумбовой Америки в Средние века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66" w:bottom="402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62" w:lineRule="auto"/>
        <w:ind w:left="180" w:right="4896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Обобщение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Историческое и культурное наследие Средних веков.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ИСТОРИЯ РОССИИ. ОТ РУСИ К РОССИЙСКОМУ ГОСУДАРСТВУ 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71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62" w:lineRule="auto"/>
        <w:ind w:right="86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тыс. н. э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. </w:t>
      </w:r>
    </w:p>
    <w:p w:rsidR="00BF78D8" w:rsidRPr="00935543" w:rsidRDefault="0011627F">
      <w:pPr>
        <w:autoSpaceDE w:val="0"/>
        <w:autoSpaceDN w:val="0"/>
        <w:spacing w:before="70" w:after="0" w:line="283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Заселение территории нашей страны человеко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м. Палеолитическое искусство. Петроглифы Беломорья и Онежского озера. Особенности перехода от присваивающего хозяйства к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производящему. Ареалы древнейшего земледелия и скотоводства. Появление металлических орудий и их влияние на первобытное общество. Цент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Народы, проживавшие на этой территории до серед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ины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тыс. до н. э. Скифы и скифская культура.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Великое переселение народов. Миграция готов. Нашествие гуннов. Вопрос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 славянской прародине и происхождении славян. Расселение славян, их разделение на три ветви — восточных, западных и южных. Славянские общности Восточной Европы. Их соседи — балты и финно-угры. Хозяйство восточных славян, их общественный строй и политическ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ая организация. Возникновение княжеской власти. Традиционные верования.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Русь в </w:t>
      </w:r>
      <w:r>
        <w:rPr>
          <w:rFonts w:ascii="Times New Roman" w:eastAsia="Times New Roman" w:hAnsi="Times New Roman"/>
          <w:b/>
          <w:color w:val="000000"/>
          <w:sz w:val="24"/>
        </w:rPr>
        <w:t>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b/>
          <w:color w:val="000000"/>
          <w:sz w:val="24"/>
        </w:rPr>
        <w:t>XII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тыс. н. э.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Формирование новой политической и этнической карты континента.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BF78D8" w:rsidRPr="00935543" w:rsidRDefault="0011627F">
      <w:pPr>
        <w:autoSpaceDE w:val="0"/>
        <w:autoSpaceDN w:val="0"/>
        <w:spacing w:before="72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Принятие христианства и его значение. Византийское наследие на Руси.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Русь в конце </w:t>
      </w:r>
      <w:r>
        <w:rPr>
          <w:rFonts w:ascii="Times New Roman" w:eastAsia="Times New Roman" w:hAnsi="Times New Roman"/>
          <w:color w:val="000000"/>
          <w:sz w:val="24"/>
        </w:rPr>
        <w:t>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color w:val="000000"/>
          <w:sz w:val="24"/>
        </w:rPr>
        <w:t>XII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Тер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ритория и население государства Русь/Русская земля.</w:t>
      </w:r>
    </w:p>
    <w:p w:rsidR="00BF78D8" w:rsidRPr="00935543" w:rsidRDefault="0011627F">
      <w:pPr>
        <w:autoSpaceDE w:val="0"/>
        <w:autoSpaceDN w:val="0"/>
        <w:spacing w:before="70" w:after="0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Общественный строй Руси: дискуссии в исторической науке. Князья, дружина. Духовенство.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Городское 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селение. Купцы. Категории рядового и зависимого населения. Древнерусское право: Русская Правда, церковные уставы.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-Кипчак), странами Центральной, Западной и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52" w:bottom="332" w:left="666" w:header="720" w:footer="720" w:gutter="0"/>
          <w:cols w:space="720" w:equalWidth="0">
            <w:col w:w="1058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Северной Европы. Херсонес в культурных контактах Руси и Византии.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Культурное пространство. Русь в общеевропейском культурном контексте. Картина мира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BF78D8" w:rsidRPr="00935543" w:rsidRDefault="0011627F">
      <w:pPr>
        <w:autoSpaceDE w:val="0"/>
        <w:autoSpaceDN w:val="0"/>
        <w:spacing w:before="70" w:after="0" w:line="283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остранение грамотности, берестяные грамоты. «Новгородская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BF78D8" w:rsidRPr="00935543" w:rsidRDefault="0011627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Русь в середине </w:t>
      </w:r>
      <w:r>
        <w:rPr>
          <w:rFonts w:ascii="Times New Roman" w:eastAsia="Times New Roman" w:hAnsi="Times New Roman"/>
          <w:b/>
          <w:color w:val="000000"/>
          <w:sz w:val="24"/>
        </w:rPr>
        <w:t>XII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b/>
          <w:color w:val="000000"/>
          <w:sz w:val="24"/>
        </w:rPr>
        <w:t>XIII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Формирование систе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мы земель —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а; внешняя политика русских земель.</w:t>
      </w:r>
    </w:p>
    <w:p w:rsidR="00BF78D8" w:rsidRPr="00935543" w:rsidRDefault="0011627F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адимире, церковь Покрова на Нерли, Георгиевский собор Юрьева-Польского.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Русские земли и их соседи в середине </w:t>
      </w:r>
      <w:r>
        <w:rPr>
          <w:rFonts w:ascii="Times New Roman" w:eastAsia="Times New Roman" w:hAnsi="Times New Roman"/>
          <w:b/>
          <w:color w:val="000000"/>
          <w:sz w:val="24"/>
        </w:rPr>
        <w:t>XIII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</w:t>
      </w:r>
      <w:r>
        <w:rPr>
          <w:rFonts w:ascii="Times New Roman" w:eastAsia="Times New Roman" w:hAnsi="Times New Roman"/>
          <w:b/>
          <w:color w:val="000000"/>
          <w:sz w:val="24"/>
        </w:rPr>
        <w:t>XIV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</w:p>
    <w:p w:rsidR="00BF78D8" w:rsidRPr="00935543" w:rsidRDefault="0011627F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Ордена крестоносцев и борьба с их экспансией на западных границах Руси. Александр Невский.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Взаимоотношения с Ордой. Княже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Перенос митрополичьей кафедры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eastAsia="Times New Roman" w:hAnsi="Times New Roman"/>
          <w:color w:val="000000"/>
          <w:sz w:val="24"/>
        </w:rPr>
        <w:t>XIII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Золотая орда: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eastAsia="Times New Roman" w:hAnsi="Times New Roman"/>
          <w:color w:val="000000"/>
          <w:sz w:val="24"/>
        </w:rPr>
        <w:t>XIV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в., нашествие Тимура.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Распад Золотой Орды, образование татарских ханств. Казанское ханство. Сибирское ханство. Аст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Культурное про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34" w:bottom="318" w:left="666" w:header="720" w:footer="720" w:gutter="0"/>
          <w:cols w:space="720" w:equalWidth="0">
            <w:col w:w="10600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Андрей Рублев.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Формирование 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единого Русского государства в </w:t>
      </w:r>
      <w:r>
        <w:rPr>
          <w:rFonts w:ascii="Times New Roman" w:eastAsia="Times New Roman" w:hAnsi="Times New Roman"/>
          <w:b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Василий Темный. Новгород и Псков в 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пол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— третий Рим». Иван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Присоединение Новгорода и Твери. Ликвидаци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 и регалии; дворцовое и церковное строительство. Московский Кремль.</w:t>
      </w:r>
    </w:p>
    <w:p w:rsidR="00BF78D8" w:rsidRPr="00935543" w:rsidRDefault="0011627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Культурное пространство. Изменения восприятия мира. Сакрализация великокняжеской власти.</w:t>
      </w:r>
    </w:p>
    <w:p w:rsidR="00BF78D8" w:rsidRPr="00935543" w:rsidRDefault="0011627F">
      <w:pPr>
        <w:autoSpaceDE w:val="0"/>
        <w:autoSpaceDN w:val="0"/>
        <w:spacing w:before="70" w:after="0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Флорентийская уния. Установление автокефалии Русской церкви. Внутрицерковная борьба (иосифляне и 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Повс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едневная жизнь горожан и сельских жителей в древнерусский и раннемосковский периоды.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Наш край с древнейших времен до конца 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Обобщение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BF78D8" w:rsidRPr="00935543" w:rsidRDefault="0011627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ВСЕОБЩАЯ ИСТОРИЯ. ИСТОРИЯ НОВОГО ВРЕМЕНИ. КОНЕЦ </w:t>
      </w:r>
      <w:r>
        <w:rPr>
          <w:rFonts w:ascii="Times New Roman" w:eastAsia="Times New Roman" w:hAnsi="Times New Roman"/>
          <w:b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864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Понятие «Новое время». Хронологические рамки и периодизация истории Нового времени.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3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Великие географические открытия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рытий конца </w:t>
      </w:r>
      <w:r>
        <w:rPr>
          <w:rFonts w:ascii="Times New Roman" w:eastAsia="Times New Roman" w:hAnsi="Times New Roman"/>
          <w:color w:val="000000"/>
          <w:sz w:val="24"/>
        </w:rPr>
        <w:t>XV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Изменения в европейском обществе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Реформация и контрреформация в Европе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Причины Реформации. Начало Реформации в Германии; М. Лютер. Развертыв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Контрреформация. Инквизиция.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Государства Европы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Абсолютизм 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сословное представительство. Преодоление раздробленности. Борьба за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20" w:bottom="378" w:left="666" w:header="720" w:footer="720" w:gutter="0"/>
          <w:cols w:space="720" w:equalWidth="0">
            <w:col w:w="1061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колониальные владения. Начало формирования колониальных империй.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Испания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под властью потомков католических королей. Вн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Франция: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путь к абсолютизму. Королевская власть и централизация управления стра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ной. Католики и гугеноты. Религиозные войны. Генрих </w:t>
      </w:r>
      <w:r>
        <w:rPr>
          <w:rFonts w:ascii="Times New Roman" w:eastAsia="Times New Roman" w:hAnsi="Times New Roman"/>
          <w:color w:val="000000"/>
          <w:sz w:val="24"/>
        </w:rPr>
        <w:t>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. Нантский эдикт 1598 г. Людовик </w:t>
      </w:r>
      <w:r>
        <w:rPr>
          <w:rFonts w:ascii="Times New Roman" w:eastAsia="Times New Roman" w:hAnsi="Times New Roman"/>
          <w:color w:val="000000"/>
          <w:sz w:val="24"/>
        </w:rPr>
        <w:t>XIII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eastAsia="Times New Roman" w:hAnsi="Times New Roman"/>
          <w:color w:val="000000"/>
          <w:sz w:val="24"/>
        </w:rPr>
        <w:t>XIV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Англия.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Развитие капиталистического предпринимательства в городах и деревнях. Огораживания. Укр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епление королевской власти при Тюдорах. Генрих </w:t>
      </w:r>
      <w:r>
        <w:rPr>
          <w:rFonts w:ascii="Times New Roman" w:eastAsia="Times New Roman" w:hAnsi="Times New Roman"/>
          <w:color w:val="000000"/>
          <w:sz w:val="24"/>
        </w:rPr>
        <w:t>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королевская реформация. «Золотой век»Елизаветы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230" w:firstLine="180"/>
        <w:jc w:val="both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Английская революция середины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Реставрация Стюартов. Славная революция. Становление английской парламентской монархии.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Страны Центральной, Южной и Юго-Восточной Европы.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Посполитой.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Международные отношения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Образование державы австрийских Габсбургов. Тридцатилетняя война. Вестфальский мир.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Европейская культура в раннее Новое время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Утверждение рационализма.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Страны Востока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70" w:after="0"/>
        <w:ind w:right="576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Османская империя: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на вершине могущества. Сулейман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Индия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при Великих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Моголах. Начало проникновения европейцев. Ост-Индские компании. 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Китай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 эпоху Мин. Экономическая и социальная политика государства. Утверждение маньчжурской династии Цин.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Япония: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борьба знатных кланов за власть, установление сегуната Токугава, укрепление ц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3888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Обобщение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Историческое и культурное наследие Раннего Нового времени.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62" w:lineRule="auto"/>
        <w:ind w:right="115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ИСТОРИЯ РОССИИ. РОССИЯ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вв.: ОТ ВЕЛИКОГО КНЯЖЕСТВА К ЦАРСТВУ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Р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оссия в </w:t>
      </w:r>
      <w:r>
        <w:rPr>
          <w:rFonts w:ascii="Times New Roman" w:eastAsia="Times New Roman" w:hAnsi="Times New Roman"/>
          <w:b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Завершение объединения русских земель.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Княжение Василия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олитика Московского княжества в первой трети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56" w:bottom="416" w:left="666" w:header="720" w:footer="720" w:gutter="0"/>
          <w:cols w:space="720" w:equalWidth="0">
            <w:col w:w="1057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Органы го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сударственной власти. Приказная система: формирование первых приказных учреждений.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Царствование Ивана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IV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Период боярского правления. Борьба за власть между боярскими кланами. Губная реформа.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Московское восстание 1547 г. Ереси.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Принятие Иваном </w:t>
      </w:r>
      <w:r>
        <w:rPr>
          <w:rFonts w:ascii="Times New Roman" w:eastAsia="Times New Roman" w:hAnsi="Times New Roman"/>
          <w:color w:val="000000"/>
          <w:sz w:val="24"/>
        </w:rPr>
        <w:t>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царского титула. Реформы середины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емская реформа —формирование органов местного самоуправления.</w:t>
      </w:r>
    </w:p>
    <w:p w:rsidR="00BF78D8" w:rsidRPr="00935543" w:rsidRDefault="0011627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Внешняя политика России в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Создание стрелецких полков и «Уложение о службе».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Присоединение Казанского и Астраханского ханств. Значение включения Среднего и Нижнего Поволжья в состав Россий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Причины и результаты поражения России в Ливонской войне. Поход Ермака Тимофеевича на Сибирское ханс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тво. Начало присоединения к России Западной Сибири.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Начало закрепощения крестьян: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Указ о «заповедных летах». Формирование вольного казачества.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усская православная церковь. Мусульманское духовенство.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Результаты и цена преобразований.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Россия в конце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восстановление позиций России в Прибалтике. Прот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2" w:after="0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Смута в России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Накануне Смуты.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Династический кризис. Земский соб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ор 1598 г. и избрание на царство Бориса Годунова. Политика Бориса Годунова в отношении боярства. Голод 1601—1603 гг. и обострение социально-экономического кризиса.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Смутное время начала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Дискуссия о его причинах. Самозванцы и самозванство. Личность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Лжедмитрия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его политика. Восстание 1606 г. и убийство самозванца.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Вторжение на территорию России польско-литовских отрядов.</w:t>
      </w:r>
    </w:p>
    <w:p w:rsidR="00BF78D8" w:rsidRPr="00935543" w:rsidRDefault="0011627F">
      <w:pPr>
        <w:autoSpaceDE w:val="0"/>
        <w:autoSpaceDN w:val="0"/>
        <w:spacing w:before="70" w:after="0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Тушинск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ий лагерь самозванца под Москвой. Оборона Троице-Сергиева монастыря. Выборгский договор между Россией и Швецией. Поход войска М.В. Скопина-Шуйского и Я.</w:t>
      </w:r>
      <w:r w:rsidRPr="00935543">
        <w:rPr>
          <w:rFonts w:ascii="DejaVu Serif" w:eastAsia="DejaVu Serif" w:hAnsi="DejaVu Serif"/>
          <w:color w:val="000000"/>
          <w:sz w:val="24"/>
          <w:lang w:val="ru-RU"/>
        </w:rPr>
        <w:t>‑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П. Делагарди и распад тушинского лагеря. Открытое вступление Речи Посполитой в войну против России. Обо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рона Смоленска.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сковское восстание 1611 г. и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66" w:bottom="368" w:left="666" w:header="720" w:footer="720" w:gutter="0"/>
          <w:cols w:space="720" w:equalWidth="0">
            <w:col w:w="1056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сожжение города оккупантами. Первое и второе земские ополчения. Захват Новгорода шведскими войсками. «Совет всея земли». Освобождение Москвы в 1612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Окончание Смуты.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Россия в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Россия при первых Романовых.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Царствование Михаила Федоровича. Восстановление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BF78D8" w:rsidRPr="00935543" w:rsidRDefault="0011627F">
      <w:pPr>
        <w:autoSpaceDE w:val="0"/>
        <w:autoSpaceDN w:val="0"/>
        <w:spacing w:before="72" w:after="0"/>
        <w:ind w:right="432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Царь Алексей Михайлович. Укрепление самодержавия. Ослабление роли Бояр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кого: итоги его деятельности.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129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Экономическое раз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витие России в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Социальная струк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тура российского общества.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Городские восстания середины 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Соляной бунт в Москве. Псковс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BF78D8" w:rsidRPr="00935543" w:rsidRDefault="0011627F">
      <w:pPr>
        <w:autoSpaceDE w:val="0"/>
        <w:autoSpaceDN w:val="0"/>
        <w:spacing w:before="70" w:after="0" w:line="283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Внешняя политика России в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1654—1667 гг. Андрусовское перемирие. Русско-шведская война 1656—1658 гг. и ее результаты.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Укрепление южны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х рубежей. Белгородская засечная черта. Конфликты с Османской империей.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).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Освоение новых территорий.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Народы России в 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ение Поволжья и Сибири. Калмыцкое ханство. Ясачное налогообложение. Переселение русских на новые земли.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Миссионерство и христианизация. Межэтнические отношения. Формирование многонациональной элиты.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Культурное пространство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–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Изменения в картине мира человека в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54" w:bottom="318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культуры в быт высших слоев населения страны.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искусство. Симон Ушаков. Ярославская школа иконописи. Парсунная живопись.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российск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Развитие образования и научных знаний. Школы при Аптекарском и Посольском приказах.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«Синопсис» Иннокентия Гизеля — первое учебное пособи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 по истории.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Наш край в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Обобщение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BF78D8" w:rsidRPr="00935543" w:rsidRDefault="0011627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ВСЕОБЩАЯ ИСТОРИЯ. ИСТОРИЯ НОВОГО ВРЕМЕНИ.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Введение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Век Просвещения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Истоки европейского Просвещения. Достижения естественных наук и распространение идей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рационализма. Английское Просвещение; Дж. Локк и Т. Гоббс. Секуляризация (обмирщение) сознания. Культ Разума. Франция — центр Просвещения. Философские и политические идеи Ф. М. Вольтера, Ш. Л. Монтескье, Ж. Ж. Руссо. «Энциклопедия» (Д. Дидро, Ж. Д’Аламбер)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Государства Европы в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Монархии в Европе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абсолютные и парла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ментские монархии. Просвещенный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2" w:after="0" w:line="262" w:lineRule="auto"/>
        <w:ind w:right="100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Великобритания в </w:t>
      </w:r>
      <w:r>
        <w:rPr>
          <w:rFonts w:ascii="Times New Roman" w:eastAsia="Times New Roman" w:hAnsi="Times New Roman"/>
          <w:b/>
          <w:color w:val="000000"/>
          <w:sz w:val="24"/>
        </w:rPr>
        <w:t>XVII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Появление фабрик, замена ручного труда машинным. Социальные и экономические последствия промышленного переворо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та. Условия труда и быта фабричных рабочих. Движения протеста. Луддизм.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Франция.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Германские государства, монархия Габсбургов, итальянские з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емли в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Великий. Габсбургская монархия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Правление Марии Терезии и Иосифа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Реформы просвещенного абсолютизма. Итальянские государства: политическая раздробленность. Усиление власт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 Габсбургов над частью итальянских земель.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Государства Пиренейского полуострова.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Попытки проведения реформ в Португалии.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Управление колониальными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владениями Испании и Португалии в Южной Америке. Недовольство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46" w:bottom="392" w:left="666" w:header="720" w:footer="720" w:gutter="0"/>
          <w:cols w:space="720" w:equalWidth="0">
            <w:col w:w="1058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населения колоний политикой метрополий.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1152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Британские колонии в Северной Америке: борьба за независимость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оздание английских колоний на американской земле. Состав европейских переселенцев.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Дж. Вашингтона. Принятие Декларации независимости (1776). Перелом в войне и ее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завершение.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Поддержка колонистов со стороны России. Итоги Войны за независимость. Конституция (1787).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«Отцы-основатели». Билль о правах (1791). Значение завоевания североамериканскими штатами независимости.</w:t>
      </w:r>
    </w:p>
    <w:p w:rsidR="00BF78D8" w:rsidRPr="00935543" w:rsidRDefault="0011627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Французская революция конца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Причины рев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Террор. Отказ от основ «старого мира»: культ разума, борьба прот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ив церкви, новый календарь.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Термидорианский переворот (27 июля 1794 г.). Учреждение Директории. Наполеон Бонапарт.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Государственный переворот 18—19 брюмера (ноябрь 1799 г.). Установление режима консульства. Итоги и значение революции.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Европейская культура в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жанры, писате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Международные отношения в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</w:p>
    <w:p w:rsidR="00BF78D8" w:rsidRPr="00935543" w:rsidRDefault="0011627F">
      <w:pPr>
        <w:autoSpaceDE w:val="0"/>
        <w:autoSpaceDN w:val="0"/>
        <w:spacing w:before="70" w:after="0" w:line="278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Северная война (1700—1721). Династические войны «за наследство». Семилетняя война (1756—1763). Разделы Речи Посполитой. Войны антифранцузских коалиций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против революционной Франции. Колониальные захваты европейских держав.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Страны Востока в </w:t>
      </w:r>
      <w:r>
        <w:rPr>
          <w:rFonts w:ascii="Times New Roman" w:eastAsia="Times New Roman" w:hAnsi="Times New Roman"/>
          <w:b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Индия. Ослабление империи Великих Моголов. Борьба европ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ейцев за владения в Индии.</w:t>
      </w:r>
    </w:p>
    <w:p w:rsidR="00BF78D8" w:rsidRPr="00935543" w:rsidRDefault="0011627F">
      <w:pPr>
        <w:autoSpaceDE w:val="0"/>
        <w:autoSpaceDN w:val="0"/>
        <w:spacing w:before="70" w:after="0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Утверждение британского владычества. Китай. Империя Цин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Россией.«Закрытие» Китая для иноземцев. Япония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Сегуны и дайме. Положение сословий. Культура стран Востока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62" w:lineRule="auto"/>
        <w:ind w:left="180" w:right="5616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Обобщение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Историческое и культурное наследие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И</w:t>
      </w:r>
      <w:r w:rsidRPr="00935543">
        <w:rPr>
          <w:rFonts w:ascii="Times New Roman" w:eastAsia="Times New Roman" w:hAnsi="Times New Roman"/>
          <w:b/>
          <w:color w:val="0F0F50"/>
          <w:sz w:val="24"/>
          <w:lang w:val="ru-RU"/>
        </w:rPr>
        <w:t xml:space="preserve">СТОРИЯ РОССИИ. РОССИЯ В КОНЦЕ </w:t>
      </w:r>
      <w:r>
        <w:rPr>
          <w:rFonts w:ascii="Times New Roman" w:eastAsia="Times New Roman" w:hAnsi="Times New Roman"/>
          <w:b/>
          <w:color w:val="0F0F50"/>
          <w:sz w:val="24"/>
        </w:rPr>
        <w:t>XVII</w:t>
      </w:r>
      <w:r w:rsidRPr="00935543">
        <w:rPr>
          <w:rFonts w:ascii="Times New Roman" w:eastAsia="Times New Roman" w:hAnsi="Times New Roman"/>
          <w:b/>
          <w:color w:val="0F0F50"/>
          <w:sz w:val="24"/>
          <w:lang w:val="ru-RU"/>
        </w:rPr>
        <w:t xml:space="preserve"> — </w:t>
      </w:r>
      <w:r>
        <w:rPr>
          <w:rFonts w:ascii="Times New Roman" w:eastAsia="Times New Roman" w:hAnsi="Times New Roman"/>
          <w:b/>
          <w:color w:val="0F0F50"/>
          <w:sz w:val="24"/>
        </w:rPr>
        <w:t>XVIII</w:t>
      </w:r>
      <w:r w:rsidRPr="00935543">
        <w:rPr>
          <w:rFonts w:ascii="Times New Roman" w:eastAsia="Times New Roman" w:hAnsi="Times New Roman"/>
          <w:b/>
          <w:color w:val="0F0F50"/>
          <w:sz w:val="24"/>
          <w:lang w:val="ru-RU"/>
        </w:rPr>
        <w:t xml:space="preserve"> в.: ОТ ЦАРСТВА К ИМПЕРИИ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Введение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36" w:bottom="462" w:left="666" w:header="720" w:footer="720" w:gutter="0"/>
          <w:cols w:space="720" w:equalWidth="0">
            <w:col w:w="1059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81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Россия в эпоху преобразований Петра 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Причины и предпосылки преобразований.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Россия и Европа в конце 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Модернизация как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жизненно важная национальная задача. Начало царствования Петра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Экономиче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ская политика.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протекционизма. Таможенный тариф 1724 г. Введение подушной подати.</w:t>
      </w:r>
    </w:p>
    <w:p w:rsidR="00BF78D8" w:rsidRPr="00935543" w:rsidRDefault="0011627F">
      <w:pPr>
        <w:autoSpaceDE w:val="0"/>
        <w:autoSpaceDN w:val="0"/>
        <w:spacing w:before="70" w:after="0" w:line="278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Социальная политика.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Реформы управления.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Реформы местного управления (бурмистры и Ратуша), городская и областная (губернская) реформы.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енат, коллегии, органы надзора и суда. Усиление централизации 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бюрократизации управления. Генеральный регламент. Санкт-Петербург — новая столица.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Церковная реформа.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Упразднение патриаршества, учреждение Синода. Положение инославных конфессий.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Оппозиция реформам Петра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Социальные движения в первой четверти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Восстания в Астрахани, Башкирии, на Дону. Дело царевича Алексея.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Внешняя политика.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Северная война. При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ки. Провозглашение России империей. Каспийский поход Петра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Преобразования Петра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 области культуры.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</w:t>
      </w:r>
    </w:p>
    <w:p w:rsidR="00BF78D8" w:rsidRPr="00935543" w:rsidRDefault="0011627F">
      <w:pPr>
        <w:autoSpaceDE w:val="0"/>
        <w:autoSpaceDN w:val="0"/>
        <w:spacing w:before="70" w:after="0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Введение нового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летоисчисления, гражданского шрифта и гражданской печати. Первая газета«Ведомости».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 и архитектура. Памятники раннего барокко.</w:t>
      </w:r>
    </w:p>
    <w:p w:rsidR="00BF78D8" w:rsidRPr="00935543" w:rsidRDefault="0011627F">
      <w:pPr>
        <w:autoSpaceDE w:val="0"/>
        <w:autoSpaceDN w:val="0"/>
        <w:spacing w:before="72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 русской культуре.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Россия после Петра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 Дворцовы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е перевороты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Кондиции«верховников» и приход к власти Анны Иоанновны. Кабинет министров. Роль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Э. Бирона, А. 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7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Остермана, А. П. Волын- ского, Б. Х. Миниха в управлении и политической жизни страны.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Россия при Елизавете Петровне.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Экономическая и финансовая политика. Деятельность П. 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Шувалова. Создание Дворянского и Купеческого банков. Усиление роли косвенных налогов.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Ликвидация внутренних таможен. Распространение монополий в промышленности и внешней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84" w:bottom="368" w:left="666" w:header="720" w:footer="720" w:gutter="0"/>
          <w:cols w:space="720" w:equalWidth="0">
            <w:col w:w="10550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71" w:lineRule="auto"/>
        <w:ind w:right="86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торговле. Основание Московского университета. М. В. Ломоносов и И. И. Шувалов. Россия в международных конфликтах 1740—1750-х гг. Участие в Семилетней войне.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Петр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Манифест о вольности дворянства. Причины переворота 28 июня 1762 г.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Россия в 1760—1790-х гг. 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left="180" w:right="1584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Правление Екатерины </w:t>
      </w:r>
      <w:r>
        <w:rPr>
          <w:rFonts w:ascii="Times New Roman" w:eastAsia="Times New Roman" w:hAnsi="Times New Roman"/>
          <w:b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и Павла 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Внутренняя политика Екатерины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Личность императрицы. Идеи Просвещения.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«Просвещенный абсолютизм», его особенност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 в России. Секуляризация церковных земель.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реформа. Жалованные грамоты дворянству и городам. Положение сословий.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Дворянство —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ского купечества в налоговой сфере и городском управлении.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Национальная политика и народы России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Унификация управления на окраинах империи.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152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Ликвидация гетманства на Левобережной Украине и Войска Запорожского. Формирование Кубанского казачества.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Активизация деятельности по привлечению иностранцев в Россию.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стания. Формирование черты оседлости.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Экономическое развитие России во второй половине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Крестьяне: крепостные,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государственные, монастырские. Условия жизни крепостной деревни. Права помещика по отношению к своим крепостным. Барщинное и оброчное хо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зяйство. Дворовые люди. Роль крепостного строя в экономике страны.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Внутренняя и вне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Макарьевская, Ирбитская, Свенская, Коренная ярмарки. Ярмарки Малороссии. Партнеры России во внешне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й торговле в Европе и в мире. Обеспечение активного внешнеторгового баланса.</w:t>
      </w:r>
    </w:p>
    <w:p w:rsidR="00BF78D8" w:rsidRPr="00935543" w:rsidRDefault="0011627F">
      <w:pPr>
        <w:autoSpaceDE w:val="0"/>
        <w:autoSpaceDN w:val="0"/>
        <w:spacing w:before="72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Обострение социальных противоречий.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а, народов Урала и Поволжья в восстании. Влияние восстания на внутреннюю политику и развитие общественной мысли.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Внешняя политика России второй половины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в., ее основные задачи.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Н. И. Панин и А. А. Безбородко. Борьба России за выход к Черному морю. Во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а, Севастополя, Одессы, Херсона. Г. А. Потемкин. Путешествие Екатерины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на юг в 1787 г.</w:t>
      </w:r>
    </w:p>
    <w:p w:rsidR="00BF78D8" w:rsidRPr="00935543" w:rsidRDefault="0011627F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Участие России в разделах Речи Посполитой. Политика России в Польше до начала 1770-х гг.: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едводительством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54" w:bottom="378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Т. Костюшко.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Россия при Павле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Личность Павла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ее влияние на политику страны. Основные принципы внутренней политики. Ограничение дв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Участие России в борьбе с революционной Францией. Итальянский и Швейцарский походы А. В. Суворова. Действия э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скадры Ф. Ф. Ушакова в Средиземном море.</w:t>
      </w:r>
    </w:p>
    <w:p w:rsidR="00BF78D8" w:rsidRPr="00935543" w:rsidRDefault="0011627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Культурное пространство Российской империи в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2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Первые журналы. Общественные идеи в произведени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Русская культура и культура народов России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Развитие новой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ветской культуры после преобразований Петра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Культура и быт российских сословий. Дворянство: жизнь и быт дворянской усад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ьбы. Духовенство. Купечество. Крестьянство.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Российская наука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Академия наук в Петербурге. Изучение страны — главная задача российской науки. Географические экспедиции. Вторая Камчатская экспедиция. Освоение Аляски и Северо-Западного побережья Аме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Российская академия. Е. Р. Дашкова. М. В. Ломоносов и его роль в становлении российской науки 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образования.</w:t>
      </w:r>
    </w:p>
    <w:p w:rsidR="00BF78D8" w:rsidRPr="00935543" w:rsidRDefault="0011627F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Образование в России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Основные педагогические идеи. Воспитание «новой породы»людей.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ства из дворянства. Московский университет — первый российский университет.</w:t>
      </w:r>
    </w:p>
    <w:p w:rsidR="00BF78D8" w:rsidRPr="00935543" w:rsidRDefault="0011627F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Русская архитектура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Строительство Петербурга, формирование его городского плана.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Регулярный характер застройки Петербурга и других городов. Барокко в архитектуре Москвы 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Изобразительное искусство в России, его выдающиеся мастера и произведения. Академия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художеств в Петербурге. Расцвет жанра парадного портрета в середине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Новые веяния в изобразительном искусстве в конце столетия.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Наш край в </w:t>
      </w:r>
      <w:r>
        <w:rPr>
          <w:rFonts w:ascii="Times New Roman" w:eastAsia="Times New Roman" w:hAnsi="Times New Roman"/>
          <w:b/>
          <w:i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Обобщение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BF78D8" w:rsidRPr="00935543" w:rsidRDefault="0011627F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ВСЕОБЩАЯ ИСТОРИЯ. ИСТОРИЯ НОВОГО ВРЕМЕНИ.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НАЧАЛО ХХ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Введение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700" w:bottom="512" w:left="666" w:header="720" w:footer="720" w:gutter="0"/>
          <w:cols w:space="720" w:equalWidth="0">
            <w:col w:w="1053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Европа в начале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Провозглашение империи Наполеона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во Франции. Реформы. Законодательство. Наполеоновские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ия. Создание Священного союза.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3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в.: экономика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социальные отношения, политические процессы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Промышленный переворот, его особенности в странах Европы и США. Изменения в социальной структуре общества.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Политическое развитие европейских стран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 1815—1840-е гг.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Европейские революции 1830 г. и 1848—1849 гг. Возникновение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 распространение марксизма.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Страны Европы и Северной Америки в середине Х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Х — начале ХХ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Великобритания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Франция.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Империя Наполеона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: внутренняя и внешняя политика. Активизация колониальной экспансии. Франко-германская война 1870—1871 гг. Парижская коммуна.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Италия.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Подъем борьбы за независимость итальянских земель. К. Кавур, Дж. Гарибальди.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Образование единого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государства. Король Виктор Эммануил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Германия.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Движение за объединение германских государств. О. Бисмарк. Северогерманский союз.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Провозглашение Германской империи. Социальная политика. Включение империи в систему внешнеполитических союзов и колониальные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захваты.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Страны Центральной и Юго-ВосточнойЕвропы во второй половине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b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Югославянские народы: борьба за освобождение от османского господства. Русско-турецкая война 1877—1878 гг., ее итоги.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Соединенные Штаты Америки.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ойна (1861—1865): причины, участники, итоги. А. Линкольн. Восстановление Юга. Промышленный рост в конце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ХХ 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Завершение промышленного переворота. Вторая промыш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ленная революция. Индустриализация.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Монополистический капитализм. Технический прогресс в промышленности и сельском хозяйстве.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Развитие транспорта и средств связи. Миграция из Старого в Новый Свет. Положение основных социальных групп. Рабочее движение и про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фсоюзы. Образование социалистических партий.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Страны Латинской Америки в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ХХ в. 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Политика метрополий в латиноамериканских владениях. Колониальное общество. Освободительная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1910—1917 гг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.: участники, итоги,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72" w:bottom="356" w:left="666" w:header="720" w:footer="720" w:gutter="0"/>
          <w:cols w:space="720" w:equalWidth="0">
            <w:col w:w="1056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значение.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Страны Азии в Х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Х — начале ХХ в.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Япония.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Внутренняя и внешняя политика сегуната Токугава. «Открытие Японии». Ре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ставрация Мэйдзи. Введение конституции. Модернизация в экономике и социальных отношениях. Переход к политике завоеваний.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Китай.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Империя Цин. «Опиумные войны». Восстание тайпинов. «Открытие» Китая. Политика«самоусиления». Восстание «ихэтуаней». Революция 1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911—1913 гг. Сунь Ятсен.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Османская империя.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1908—1909 гг.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Революция 1905—1911 г. в Иране.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Индия.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Колониальный режим. Индийское национальное движение. Восстание сипаев (1857—1859). Объявление Индии владением британской короны. Политическое развитие Индии во второй половине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Создание Индийского национального конгресса. Б. Тилак, М.К. Ганди.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Народ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ы Африки в Х</w:t>
      </w:r>
      <w:r>
        <w:rPr>
          <w:rFonts w:ascii="Times New Roman" w:eastAsia="Times New Roman" w:hAnsi="Times New Roman"/>
          <w:b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Х — начале ХХ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Развитие культуры в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ХХ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Научные открытия и технические изобретения в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ХХ в. Революция в физике. Достижения естествознания и медицины. Развитие философии, психологии и социологии.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Распространение образования. Технический прогресс и изменения в условиях труда и повседне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вной жизни людей. Художественная культура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ХХ в. Эволюция стилей в литературе, живописи: классицизм, романтизм, реализм. Импрессионизм. Модернизм. Смена стилей в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архитектуре. Музыкальное и театральное искусство. Рождение кинематографа. Деятели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культуры: жизнь и творчество.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Международные отношения в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b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 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Международные конфликты и войны в конце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ХХ в. (испано-американская 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ойна, русско-японская война, боснийский кризис). Балканские войны.</w:t>
      </w:r>
    </w:p>
    <w:p w:rsidR="00BF78D8" w:rsidRPr="00935543" w:rsidRDefault="0011627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Обобщение (1 ч).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Историческое и культурное наследие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ИСТОРИЯ РОССИИ. РОССИЙСКАЯ ИМПЕРИЯ В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b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Введение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Александровская эпоха: государственный либерализм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Проекты ли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беральных реформ Александра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Внешняя политика России. Война России с Францией 1805—1807 гг. Тильзитский мир. Война со Швецией 1808—1809 г. и присоедин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ение Финляндии. Война с Турцией и Бухарестский мир 1812 г. Отечественная война 1812 г. — важнейшее событие российской и мировой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аполеоном и Венского конгресса.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Либеральные и охранительные тенденции во внутренней политике. Польская конституция 1815 г.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Военные поселения. Дворянская оппозиция самодержавию. Тайные организации: Союз спасения,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68" w:bottom="356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Союз благоденствия, Северное и Южное общества. Восстание декабристов 14 декабря 1825 г.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Николаевское самодержавие: государственный конс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ерватизм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Экономическая политика в условиях политиче- ского консерватизма. Государственная регламентация общественной жизни: централизация управления, политическая полиция, кодификация законо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в, цензура, попечительство об образовании. Крестьянский вопрос. Реформа государственных крестьян П. Д. Киселева 1837—1841 гг.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87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Официальная идеология: «православие, самодержавие, народность». Формирование профессиональной бюрократии.</w:t>
      </w:r>
    </w:p>
    <w:p w:rsidR="00BF78D8" w:rsidRPr="00935543" w:rsidRDefault="0011627F">
      <w:pPr>
        <w:autoSpaceDE w:val="0"/>
        <w:autoSpaceDN w:val="0"/>
        <w:spacing w:before="70" w:after="0" w:line="278" w:lineRule="auto"/>
        <w:ind w:right="288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Расширение империи: русс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ко-иранская и русско-турецкая войны. *Россия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BF78D8" w:rsidRPr="00935543" w:rsidRDefault="0011627F">
      <w:pPr>
        <w:autoSpaceDE w:val="0"/>
        <w:autoSpaceDN w:val="0"/>
        <w:spacing w:before="70" w:after="0"/>
        <w:ind w:right="86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дминистративные, торговые и промышленные центры. Городское самоуправление.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Общественная жизнь в 1830—1850-е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Культурное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пространство империи в первой половине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478" w:firstLine="180"/>
        <w:jc w:val="both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ьт гражданственности. Золотой век русской литературы.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BF78D8" w:rsidRPr="00935543" w:rsidRDefault="0011627F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Народы России в первой половине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2" w:after="0" w:line="28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Многообразие культур и ре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восстание 1830—1831 гг. Присоединение Грузии и Закавказья. Кавказская война. Движение Шамиля.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eastAsia="Times New Roman" w:hAnsi="Times New Roman"/>
          <w:b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Реформы 1860—1870-х гг. — движение к правовому государству и гражданскому обществу. Крестьянская 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еформа 1861 г. и ее последствия. Крестьянская община. Земская и городская реформы.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ционный вопрос.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1877—1878 гг. Россия на Дальнем Востоке.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Россия в 1880—1890-х гг. 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50" w:bottom="3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«Народное самодержавие» Александра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Идеология самобытного развития России.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Государственный национализм. Реформы и «контрреформы». Политика консервативной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Пространство империи. Основные сферы и направления внешнеполитических интересов. Упроче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ние статуса великой державы. Освоение государственной территории.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jc w:val="center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</w:t>
      </w:r>
    </w:p>
    <w:p w:rsidR="00BF78D8" w:rsidRPr="00935543" w:rsidRDefault="0011627F">
      <w:pPr>
        <w:autoSpaceDE w:val="0"/>
        <w:autoSpaceDN w:val="0"/>
        <w:spacing w:before="7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Помещ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ичье «оскудение». Социальные типы крестьян и помещиков. Дворяне-предприниматели.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России. Государственные, общественные и частнопредпринимательские способы его решения.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eastAsia="Times New Roman" w:hAnsi="Times New Roman"/>
          <w:b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Культура и быт народов России во второй половине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Развитие городской культуры.</w:t>
      </w:r>
    </w:p>
    <w:p w:rsidR="00BF78D8" w:rsidRPr="00935543" w:rsidRDefault="0011627F">
      <w:pPr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Технический прогресс и пер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емены в повседневной жизни. Развитие транспорта, связи. Рост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Этнокультурный облик империи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Север, Сибирь, Дальний Восток.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Средняя Азия. Миссии Русской православной церкви и ее знаменитые миссионеры.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92" w:after="0" w:line="281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Формирование гражданского общества и основные направления общественных движений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Общественная жизнь в 1860—1890-х гг. Рост общественной самодеятельности. Расширение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публичной сферы (общественное самоуправление, печать, образование, суд). Феномен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интеллигенции. Общественные организации. Благотворительность. Студенческое движение. Рабочее движение. Женское движение.</w:t>
      </w:r>
    </w:p>
    <w:p w:rsidR="00BF78D8" w:rsidRPr="00935543" w:rsidRDefault="0011627F">
      <w:pPr>
        <w:autoSpaceDE w:val="0"/>
        <w:autoSpaceDN w:val="0"/>
        <w:spacing w:before="70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Идейные течения и общественное движение. Влияние пози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подполье и эмиграция. Народничество и его эволюция.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Народнические кружки: идеология и практика. Большое общество пропаганды. «Хождение в народ».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«Земля и воля» и ее раскол. «Черный передел» и «Народная воля». Политический терроризм.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Распространение маркси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зма и формирование социал-демократии. Группа «Освобождение труда».«Союз борьбы за освобождение рабочего класса».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съезд РСДРП.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Россия на пороге ХХ в.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 пороге нового века: динамика и противоречия развития. Экономический рост. Промышленное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42" w:bottom="356" w:left="666" w:header="720" w:footer="720" w:gutter="0"/>
          <w:cols w:space="720" w:equalWidth="0">
            <w:col w:w="1059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развитие. Новая гео- графия экономики. Урбанизация и облик городов. Отечественный и иностранный капитал, его роль в индустриал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изации страны. Россия — мировой экспортер хлеба.</w:t>
      </w:r>
    </w:p>
    <w:p w:rsidR="00BF78D8" w:rsidRPr="00935543" w:rsidRDefault="0011627F">
      <w:pPr>
        <w:autoSpaceDE w:val="0"/>
        <w:autoSpaceDN w:val="0"/>
        <w:spacing w:before="70" w:after="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лои. Типы сельского землевладения и хозяйства. Помещики и крестьяне. Положение женщины в обществе. Церковь в условиях кризиса имперской идеологии.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Распространение светской этики и культуры.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Россия в системе международных отношений. Политика на Дальнем Востоке. Русско-японская война 1904—1905 гг. Оборона Порт-Артура. Цусимское сражение.</w:t>
      </w:r>
    </w:p>
    <w:p w:rsidR="00BF78D8" w:rsidRPr="00935543" w:rsidRDefault="0011627F">
      <w:pPr>
        <w:autoSpaceDE w:val="0"/>
        <w:autoSpaceDN w:val="0"/>
        <w:spacing w:before="72" w:after="0" w:line="271" w:lineRule="auto"/>
        <w:ind w:right="144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Перва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я российская революция 1905—1907 гг. Начало парламентаризма в России. Николай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его окружение. Деятельность В. К. Плеве на посту министра внутренних дел. Оппозиционное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либеральное движение. «Союз освобождения». Банкетная кампания.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Предпосылки Первой 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оссийской революции. Формы социальных протестов. Деятельность профессиональных революционеров. Политический терроризм.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ская политическая стачка. Манифест 17 октября 1905 г.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Формирование многопартийной системы. Политические партии, массовые движения и их лидеры.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Неонароднические партии и организации (социалисты-революционеры). Социал-демократия: большевики и меньшевики. Либ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еральные партии (кадеты, октябристы). Национальные партии.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Правомонархические партии в борьбе с революцией. Советы и профсоюзы. Декабрьское 1905 г.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вооруженное восстание в Москве. Особенности революционных выступлений в 1906—1907 гг.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Избирательный закон 11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декабря 1905 г. Избирательная кампания в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Государственную думу.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Основные государственные законы 23 апреля 1906 г. Деятельность 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>
        <w:rPr>
          <w:rFonts w:ascii="Times New Roman" w:eastAsia="Times New Roman" w:hAnsi="Times New Roman"/>
          <w:color w:val="000000"/>
          <w:sz w:val="24"/>
        </w:rPr>
        <w:t>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Государственной думы: итоги и уроки.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Незавершенность преобразований и нарастание социальных противоречий. </w:t>
      </w:r>
      <w:r>
        <w:rPr>
          <w:rFonts w:ascii="Times New Roman" w:eastAsia="Times New Roman" w:hAnsi="Times New Roman"/>
          <w:color w:val="000000"/>
          <w:sz w:val="24"/>
        </w:rPr>
        <w:t>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</w:t>
      </w:r>
      <w:r>
        <w:rPr>
          <w:rFonts w:ascii="Times New Roman" w:eastAsia="Times New Roman" w:hAnsi="Times New Roman"/>
          <w:color w:val="000000"/>
          <w:sz w:val="24"/>
        </w:rPr>
        <w:t>IV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Госуд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арственная дума. Идейно-политический спектр. Общественный и социальный подъем.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BF78D8" w:rsidRPr="00935543" w:rsidRDefault="0011627F">
      <w:pPr>
        <w:autoSpaceDE w:val="0"/>
        <w:autoSpaceDN w:val="0"/>
        <w:spacing w:before="72" w:after="0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Серебряный век российской культуры. Новые явления в художе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ственной литературе и искусстве. Мировоззренческие ценности и стиль жизни. Литература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сезоны»в Париже. Зарождение российского кин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ематографа.</w:t>
      </w:r>
    </w:p>
    <w:p w:rsidR="00BF78D8" w:rsidRPr="00935543" w:rsidRDefault="0011627F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в мировую культуру.</w:t>
      </w:r>
    </w:p>
    <w:p w:rsidR="00BF78D8" w:rsidRPr="00935543" w:rsidRDefault="0011627F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Наш край в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ХХ в.</w:t>
      </w:r>
    </w:p>
    <w:p w:rsidR="00BF78D8" w:rsidRPr="00935543" w:rsidRDefault="0011627F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Обобщение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96" w:bottom="1218" w:left="666" w:header="720" w:footer="720" w:gutter="0"/>
          <w:cols w:space="720" w:equalWidth="0">
            <w:col w:w="1053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ПЛАНИРУЕМЫЕ РЕЗУЛЬТАТЫ 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346" w:after="0" w:line="262" w:lineRule="auto"/>
        <w:ind w:right="158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Изучение истории в 5 классе направлено на достижение обуч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ающимися личностных, метапредметных и предметных результатов освоения учебного предмета.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 важнейшим 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личностным результатам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изучения истории в основной общеобразовательной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школе в соответствии с требованиями ФГОС ООО (2021) относятся следующие убеждения и качества: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патриотического воспитания: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осознание российской гражданской идентичности в поликультурном и многоконфессиональном обществе, проявление интереса к позна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нию родного языка, истории, культуры Российской Федерации, своего края, народов России; ценностное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оссии, государственным праздникам, историческому и природному наследию и памятникам, традициям разных народов, проживающих в родной стране;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гражданского воспитания: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осмысление исторической традиции и примеров гражданского служения Отечеству; гото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изма, дискриминации; неприятие действий, наносящих ущерб социальной и природной среде;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духовно-нравственной сфере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: представление о традиционных духовно-нравственных ценностях народов России; ориентация на моральные ценности и нормы современного российск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ов;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оризма; формирование и сохранение интереса к истории как важной составляющей современного общественного сознания;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эстетического воспитания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: представление о культурном многообразии своей страны и мира; осознание важности культуры как воплощения цен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ностей общества и средства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 формировании ценностного отношения к жизни и здоро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вью: осознание ценности жизни и 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ременную эпоху;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трудового воспитания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: понимание на основе знания истории значения трудовой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руду и результатам трудовой деятельности человека; определение сферы профессионально-ориентированных интересов,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построение индивидуальной траектории образования и жизненных планов;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экологического воспитания: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осмысление исторического опыта взаимо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сти экологической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2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направленности.</w:t>
      </w:r>
    </w:p>
    <w:p w:rsidR="00BF78D8" w:rsidRPr="00935543" w:rsidRDefault="0011627F">
      <w:pPr>
        <w:autoSpaceDE w:val="0"/>
        <w:autoSpaceDN w:val="0"/>
        <w:spacing w:before="70" w:after="0"/>
        <w:ind w:right="576" w:firstLine="180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 сфере 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адаптации к меняющимся условиям социальной и природной среды: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представления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62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Метапредметные результаты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познавательных действий: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владение базовыми логическими действиями: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систематизировать и обобщать исторические факты (в форме таблиц, схем); выя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владение базовыми исследовательскими действиями: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определят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осуществлять анализ учебной и внеучебной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исторической информации (учебник, тексты исторических источников, научно-популярная литература, интернет-ресурсы и др.) — извлекать информацию из источника; различать виды источников исторической информации; высказывать суждение о достоверности и значении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информации источника (по критериям,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предложенным учителем или сформулированным самостоятельно).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8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коммуникативных действий: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общение: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представлять особенности взаимодействия людей в исторических обществах и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современном мире;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высказывании, письменном тексте; публично представлять результаты выполненного исследования,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проекта; осваивать и применять правила межкультурного взаимодействия в школе и социальном окружении;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осуществление совместной деятельности: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осознавать на основе исторических примеров значение совместной работы как эффективного средства достижения постав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ленных целей; планировать и осуществлять совместную работу, коллективные учебные проекты по истории, в том числе — на региональном материале; определять свое участие в общей работе и координировать свои действия с другими членами команды; оценивать получен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ные результаты и свой вклад в общую работу.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 сфере универсальных учебных регулятивных действий: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ладение приемами самоорганизации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своей учебной и общественной работы (выявление проблемы, требующей решения; составление плана действий и определение спосо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ба решения);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владение приемами самоконтроля —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/>
        <w:ind w:right="72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В сфере эмоционального интеллекта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,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 понимания себя и других: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на примерах исторических ситуаций роль эмоций в отношениях между людьми;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2" w:right="686" w:bottom="288" w:left="666" w:header="720" w:footer="720" w:gutter="0"/>
          <w:cols w:space="720" w:equalWidth="0">
            <w:col w:w="1054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96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62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</w:t>
      </w: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РЕЗУЛЬТАТЫ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5 КЛАСС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1.Знание хронологии, работа с хронологией: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смысл основных хронологических понятий (век, тысячелетие, до нашей эры, наша эра);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называть даты важнейших событий истории Древнего мира; по дате устанавливать принадлежность событ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ия к веку, тысячелетию;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2" w:after="0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2.Знание исторических фактов, работа с фактами: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указывать (называть) место, обстоятельства, участник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ов, результаты важнейших событий истории Древнего мира;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заданному признаку.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3.Работа с исторической картой: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и показывать на исторической карте природные и исторические объекты (расселение человеческих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общностей в эпоху первобытности и Древнего мира, территории древнейших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цивилизаций и государств, места важнейших исторических событий), используя легенду карты;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на основе картографических сведений связь между условиями среды обитания людей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 их занятиями.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4.Работа с историческими источниками: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и различать основные типы исторических источников (письменные, визуальные, вещественные), приводить примеры источников разных типов;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различать памятники культуры изучаемой эпохи и источник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и, созданные в последующие эпохи, приводить примеры;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сказывания, изображения.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5.Историческое описание (реконструкция):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условия жизни людей в древности;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значительных событиях древней истории, их участниках;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рассказывать об исторических личностях Древнего мира (ключевых мо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ментах их биографии, роли в исторических событиях);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6.Анализ, объяснение исторических событий, явлений: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раскрывать существенные черты: а) государственного устрой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ства древних обществ; б) положения основных групп населения; в) религиозных верований людей в древности;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исторические явления, определять их общие черты;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иллюстрировать общие явления, черты конкретными примерами;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и следст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вия важнейших событий древней истории.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7.Рассмотрение исторических версий и оценок, определение своего отношения к наиболее значимым событиям и личностям прошлого: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излагать оценки наиболее значительных событий и личностей древней истории, приводимые в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учебной литературе;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высказывать на уровне эмоциональных оценок отношение к поступкам людей прошлого, к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316" w:right="698" w:bottom="338" w:left="666" w:header="720" w:footer="720" w:gutter="0"/>
          <w:cols w:space="720" w:equalWidth="0">
            <w:col w:w="10536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autoSpaceDE w:val="0"/>
        <w:autoSpaceDN w:val="0"/>
        <w:spacing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мятникам культуры.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8.Применение исторических знаний: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значение памятников древней истории и культуры, необходимость сохранения их в современном мире;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выполнять учебные проекты по истории Первобытности и Древнего мира (в том числе с привлечен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ием регионального материала), оформлять полученные результаты в форме сообщения, альбома,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83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1. 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Знание хронологии, работа с хронологией: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даты важнейших событий Средневековья, определять их принадлежность к веку, историческому периоду;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устанавливать длительность и синхронность событий истории Руси и всеобщей истории.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2. 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Знани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е исторических фактов, работа с фактами: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эпохи Средневековья;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заданному признаку (составление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систематических таблиц).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3.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исторической картой: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и показывать на карте исторические объекты, используя легенду карты; давать словесное описание их местоположения;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извлекать из карты информацию о территории, экономических и культурных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центрах Руси и других государств в Средние века, о направлениях крупнейших передвижений людей — походов,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завоеваний, колонизаций, о ключевых событиях средневековой истории.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4. 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историческими источниками: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основные виды письменных источников Средневековья (летописи, хроники,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законодательные акты, духовная литература, источники личного происхождения);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авторство, время, место создания источника;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выделять в тексте письменного исто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чника исторические описания (хода событий, действий людей) и объяснения (причин, сущности, последствий исторических событий);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находить в визуальном источнике и вещественном памятнике ключевые символы, образы;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позицию автора письменного 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визуального исторического источника.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5. 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Историческое описание (реконструкция):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ключевых событиях отечественной и всеобщей истории в эпоху Средневековья, их участниках;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рассказывать об образе жизни различных групп населения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 средневековых обществах на Руси и в других странах;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6. 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Анализ, объяснение исторических событий, явлений: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раскрывать существенные черты: а) экономических и соци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716" w:bottom="296" w:left="666" w:header="720" w:footer="720" w:gutter="0"/>
          <w:cols w:space="720" w:equalWidth="0">
            <w:col w:w="10518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90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86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смысл ключевых понятий, относящихся к данной эпохе отечественной и всеобщей истории, конкр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етизировать их на примерах исторических событий, ситуаций;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оотносить объяснение причин и следствий событий, представленное в нескольких текстах;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7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Рассмотрение исторических версий и оценок, определение своего отношения к наиболее значимым событиям и личностям прошлого: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фактах они основаны;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8. 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Применение исторических знаний: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значение памятников истории и культуры Руси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и других стран эпохи Средневековья, необходимость сохранения их в современном мире;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81" w:lineRule="auto"/>
        <w:ind w:right="28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1.</w:t>
      </w:r>
      <w:r w:rsidRPr="00935543">
        <w:rPr>
          <w:rFonts w:ascii="Times New Roman" w:eastAsia="Times New Roman" w:hAnsi="Times New Roman"/>
          <w:i/>
          <w:color w:val="0F0F50"/>
          <w:sz w:val="24"/>
          <w:lang w:val="ru-RU"/>
        </w:rPr>
        <w:t xml:space="preserve">Знание хронологии, работа с хронологией: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называть этапы отечеств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енной и всеобщей истории Нового времени, их хронологические рамки;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вв.; определять их принадлежность к части века (половина, треть, четверть);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синхронность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576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2.Знание исторических фактов, работа с фактами: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3.Работа с исторической картой: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на основе карты связи между географическим положением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страны и особенностями ее экономического, социального и политического развития.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4.Работа с историческими источниками: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виды письменных исторических источников (официальные, личные, литературные и др.);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обстоятельства и цель соз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дания источника, раскрывать его информационную ценность;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проводить поиск информации в тексте письменного источника, визуальных и вещественных памятниках эпохи;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сопоставлять и систематизировать информацию из нескольких однотипных источников.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71" w:lineRule="auto"/>
        <w:ind w:right="100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5.Историче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ское описание (реконструкция):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вв., их участниках;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310" w:right="732" w:bottom="440" w:left="666" w:header="720" w:footer="720" w:gutter="0"/>
          <w:cols w:space="720" w:equalWidth="0">
            <w:col w:w="1050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</w:t>
      </w:r>
      <w:r>
        <w:rPr>
          <w:rFonts w:ascii="Times New Roman" w:eastAsia="Times New Roman" w:hAnsi="Times New Roman"/>
          <w:color w:val="000000"/>
          <w:sz w:val="24"/>
        </w:rPr>
        <w:t>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(ключевые факты биографии, личные качества, деятельность);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об образе жизни различных групп населения в России и других странах в раннее Новое время;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представлять описание памятников материальной и художественной культуры изучаемой эп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охи.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6.Анализ, объяснение исторических событий, явлений: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вв.; б) европейской реформации; в) новых веяний в духовной жизни общества, 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ультуре; г) революций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в европейских странах;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причины и следствия важне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проводить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7.Рассмотрение исторических версий и оценок, определение своего отношения к наибо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лее значимым событиям и личностям прошлого: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вв., представленные в учебной литературе; объяснять, на чем основываются отдельные мнения;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выражать отношение к деят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ельности исторических личностей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с учетом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обстоятельств изучаемой эпохи и в современной шкале ценностей.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8.Применение исторических знаний: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на примере перехода от средневекового общества к обществу Нового времени, как меняются со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сменой исторических эпох представления людей о мире, системы общественных ценностей;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для времени, когда они по- явились, и для современного общества;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учебные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проекты по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—</w:t>
      </w:r>
      <w:r>
        <w:rPr>
          <w:rFonts w:ascii="Times New Roman" w:eastAsia="Times New Roman" w:hAnsi="Times New Roman"/>
          <w:color w:val="000000"/>
          <w:sz w:val="24"/>
        </w:rPr>
        <w:t>XVII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вв. (в том числе на региональном материале).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8" w:after="0"/>
        <w:ind w:right="432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1.Знание хронологии, работа с хронологией: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определять их принадлежность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к историческому периоду, этапу;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1" w:lineRule="auto"/>
        <w:ind w:right="1008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2.Знание исторических фактов, работа с фактами: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указывать (называть) место, обстоятельства, участников, результаты важнейших событий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3.Работа с исторической картой: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выявлять и показывать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</w:t>
      </w:r>
    </w:p>
    <w:p w:rsidR="00BF78D8" w:rsidRPr="00935543" w:rsidRDefault="0011627F">
      <w:pPr>
        <w:autoSpaceDE w:val="0"/>
        <w:autoSpaceDN w:val="0"/>
        <w:spacing w:before="70" w:after="0" w:line="262" w:lineRule="auto"/>
        <w:ind w:left="180" w:right="432"/>
        <w:rPr>
          <w:lang w:val="ru-RU"/>
        </w:rPr>
      </w:pP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4.Работа с историческими источниками: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различать источники официального и личного происхождения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, публицистические произведения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702" w:bottom="452" w:left="666" w:header="720" w:footer="720" w:gutter="0"/>
          <w:cols w:space="720" w:equalWidth="0">
            <w:col w:w="10532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6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/>
        <w:ind w:right="288"/>
        <w:rPr>
          <w:lang w:val="ru-RU"/>
        </w:rPr>
      </w:pP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(называть их основные виды, информационные особенности);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бъяснять назначение исторического источника, раскрывать его информационную ценность;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из взаимодополняющих письменных, визуальных и вещественных ист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очников.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5.Историческое описание (реконструкция):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в., их участниках;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н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а основе информации учебника и дополнительных материалов;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представлять описание памятников материальной и художественной культуры изучаемой эпохи (в виде со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общения, аннотации).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2" w:after="0" w:line="288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6.Анализ, объяснение исторических событий, явлений: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б) изменений, происшедших в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в разных сферах жизни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проводить сопоставление однотипных событий и процессов отечественной и всеобщей ис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7.Рассмотрение исторических версий и оценок, определение своего отношения к наиболее значимым событиям и личностям прошлого: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анализировать вы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сказывания историков по спорным вопросам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в описаниях событий и личностей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ценностные ка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тегории, значимые для данной эпохи (в том числе для разных социальных слоев), выражать свое отношение к ним.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2" w:after="0" w:line="281" w:lineRule="auto"/>
        <w:ind w:right="720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8.Применение исторических знаний: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европейские влияния и национальны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 традиции, показывать на примерах;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XVIII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(в том числе на региональном материале).</w:t>
      </w:r>
    </w:p>
    <w:p w:rsidR="00BF78D8" w:rsidRPr="00935543" w:rsidRDefault="0011627F">
      <w:pPr>
        <w:autoSpaceDE w:val="0"/>
        <w:autoSpaceDN w:val="0"/>
        <w:spacing w:before="262" w:after="0" w:line="230" w:lineRule="auto"/>
        <w:rPr>
          <w:lang w:val="ru-RU"/>
        </w:rPr>
      </w:pPr>
      <w:r w:rsidRPr="00935543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166" w:after="0" w:line="286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1.Знание хронологии, работа с хронологией: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выделять этапы (периоды) в развитии ключевых событий и процессов;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выявлять синхронность / асинхронность исторических процессов отеч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на основе анализа причинно-следственных связей.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86" w:right="678" w:bottom="296" w:left="666" w:header="720" w:footer="720" w:gutter="0"/>
          <w:cols w:space="720" w:equalWidth="0">
            <w:col w:w="10556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90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81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2.Знание исторических фактов, работа с фактами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место, обстоятельст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ва, участников, результаты важнейших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ям и др.);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составлять систематические таблицы.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3.Работа с исторической картой: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4.Работа с историческими источниками: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политических партий, статистические данные;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определять тип и вид источника (письм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енного, визуального); выявлять принадлежность источника определенному лицу, социальной группе, общественному течению и др.;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из разных пи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сьменных, визуальных и вещественных источников;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различать в тексте письменных источников факты и интерпретации событий прошлого.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5.Историческое описание (реконструкция):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представлять развернутый рассказ о ключевых событиях отечественной и всеобщей исто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 использованием визуальных материалов (устно, письменно в форме короткого эссе, презентации);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 с описанием и оценкой их деятельности (сообщение, презент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ация, эссе);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—начале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в., показывая изменения, происшедшие в течение рассматриваемого периода;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представлять описание памятников материальной и художественной к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ультуры изучаемой эпохи, их назначения, использованных при их создании технических и художественных приемов и др.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2" w:after="0" w:line="288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6.Анализ, объяснение исторических событий, явлений: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раскрывать существенные черты: а) экономического, социального и политического развития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России и других стран в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начале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 смысл клю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чевых понятий, относящихся к данной эпохе отечественной и всеобщей истории; соотносить общие понятия и факты;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а) выявлять в историческом тексте суждения о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проводить сопоста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вление однотипных событий и процессов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транах.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310" w:right="708" w:bottom="416" w:left="666" w:header="720" w:footer="720" w:gutter="0"/>
          <w:cols w:space="720" w:equalWidth="0">
            <w:col w:w="10526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78" w:line="220" w:lineRule="exact"/>
        <w:rPr>
          <w:lang w:val="ru-RU"/>
        </w:rPr>
      </w:pPr>
    </w:p>
    <w:p w:rsidR="00BF78D8" w:rsidRPr="00935543" w:rsidRDefault="0011627F">
      <w:pPr>
        <w:tabs>
          <w:tab w:val="left" w:pos="180"/>
        </w:tabs>
        <w:autoSpaceDE w:val="0"/>
        <w:autoSpaceDN w:val="0"/>
        <w:spacing w:after="0" w:line="286" w:lineRule="auto"/>
        <w:ind w:right="144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>7.</w:t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Рассмотрение исторических версий и оценок, определение своего отношения к наиболее значимым событиям и личностям прошлого: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</w:t>
      </w:r>
      <w:r>
        <w:rPr>
          <w:rFonts w:ascii="Times New Roman" w:eastAsia="Times New Roman" w:hAnsi="Times New Roman"/>
          <w:color w:val="000000"/>
          <w:sz w:val="24"/>
        </w:rPr>
        <w:t>XX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в., объяснять, что могло лежать в их основе; </w:t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степень убедительности предложенных точек зрения, формулировать и аргументировать свое мнение;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объяснять, какими ценностями руководствовались люди в рассматриваемую эпоху (на примерах конкретных сит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уаций, персоналий), выражать свое отношение к ним.</w:t>
      </w:r>
    </w:p>
    <w:p w:rsidR="00BF78D8" w:rsidRPr="00935543" w:rsidRDefault="0011627F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8.Применение исторических знаний: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ХХ в., объяснять, в чем заключалось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их значение для времени их создания и для современного общества;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ХХ в. (в том числе на региональном материале); </w:t>
      </w:r>
      <w:r w:rsidRPr="00935543">
        <w:rPr>
          <w:lang w:val="ru-RU"/>
        </w:rPr>
        <w:br/>
      </w:r>
      <w:r w:rsidRPr="00935543">
        <w:rPr>
          <w:lang w:val="ru-RU"/>
        </w:rPr>
        <w:tab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объяснять, в чем состоит наследие истории </w:t>
      </w:r>
      <w:r>
        <w:rPr>
          <w:rFonts w:ascii="Times New Roman" w:eastAsia="Times New Roman" w:hAnsi="Times New Roman"/>
          <w:color w:val="000000"/>
          <w:sz w:val="24"/>
        </w:rPr>
        <w:t>XIX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 — начала ХХ в. для </w:t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России, других стран мира, высказывать и аргументировать свое отношение к культурному наследию в общественных </w:t>
      </w:r>
      <w:r w:rsidRPr="00935543">
        <w:rPr>
          <w:lang w:val="ru-RU"/>
        </w:rPr>
        <w:br/>
      </w:r>
      <w:r w:rsidRPr="00935543">
        <w:rPr>
          <w:rFonts w:ascii="Times New Roman" w:eastAsia="Times New Roman" w:hAnsi="Times New Roman"/>
          <w:color w:val="000000"/>
          <w:sz w:val="24"/>
          <w:lang w:val="ru-RU"/>
        </w:rPr>
        <w:t>обсуждениях.</w:t>
      </w:r>
    </w:p>
    <w:p w:rsidR="00BF78D8" w:rsidRPr="00935543" w:rsidRDefault="00BF78D8">
      <w:pPr>
        <w:rPr>
          <w:lang w:val="ru-RU"/>
        </w:rPr>
        <w:sectPr w:rsidR="00BF78D8" w:rsidRPr="00935543">
          <w:pgSz w:w="11900" w:h="16840"/>
          <w:pgMar w:top="298" w:right="658" w:bottom="1440" w:left="666" w:header="720" w:footer="720" w:gutter="0"/>
          <w:cols w:space="720" w:equalWidth="0">
            <w:col w:w="10576" w:space="0"/>
          </w:cols>
          <w:docGrid w:linePitch="360"/>
        </w:sectPr>
      </w:pPr>
    </w:p>
    <w:p w:rsidR="00BF78D8" w:rsidRPr="00935543" w:rsidRDefault="00BF78D8">
      <w:pPr>
        <w:autoSpaceDE w:val="0"/>
        <w:autoSpaceDN w:val="0"/>
        <w:spacing w:after="64" w:line="220" w:lineRule="exact"/>
        <w:rPr>
          <w:lang w:val="ru-RU"/>
        </w:rPr>
      </w:pPr>
    </w:p>
    <w:p w:rsidR="00BF78D8" w:rsidRDefault="0011627F">
      <w:pPr>
        <w:autoSpaceDE w:val="0"/>
        <w:autoSpaceDN w:val="0"/>
        <w:spacing w:after="92" w:line="374" w:lineRule="auto"/>
        <w:ind w:right="11952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18"/>
        </w:rPr>
        <w:t>5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788"/>
        <w:gridCol w:w="624"/>
        <w:gridCol w:w="1982"/>
        <w:gridCol w:w="2016"/>
        <w:gridCol w:w="4624"/>
      </w:tblGrid>
      <w:tr w:rsidR="00BF78D8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57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мы</w:t>
            </w:r>
          </w:p>
        </w:tc>
        <w:tc>
          <w:tcPr>
            <w:tcW w:w="4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46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F78D8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Введение</w:t>
            </w:r>
          </w:p>
        </w:tc>
      </w:tr>
      <w:tr w:rsidR="00BF78D8">
        <w:trPr>
          <w:trHeight w:hRule="exact" w:val="350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578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62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Первобытность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Первобытность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Итого по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3. Древний Восток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Древний Египет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Древние цивилизации Месопотамии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Восточное Средиземноморье в древности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Персидская держава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Древняя Индия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Древний Китай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4. Древняя Греция. Эллинизм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Древнейшая Греция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Греческие полисы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Культура Древней Греции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Македонские завоевания. Эллинизм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50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5. Древний Рим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Возникновение Римского государства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Римские завоевания в Средиземноморье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Расцвет и падение Римской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империи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5.5.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Культура Древнего Рима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2" w:right="640" w:bottom="40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5788"/>
        <w:gridCol w:w="624"/>
        <w:gridCol w:w="1982"/>
        <w:gridCol w:w="2016"/>
        <w:gridCol w:w="4624"/>
      </w:tblGrid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6.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5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6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6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6.75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10.5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</w:tbl>
    <w:p w:rsidR="00BF78D8" w:rsidRDefault="0011627F">
      <w:pPr>
        <w:autoSpaceDE w:val="0"/>
        <w:autoSpaceDN w:val="0"/>
        <w:spacing w:before="188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6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20"/>
        <w:gridCol w:w="6640"/>
        <w:gridCol w:w="576"/>
        <w:gridCol w:w="1802"/>
        <w:gridCol w:w="1848"/>
        <w:gridCol w:w="4216"/>
      </w:tblGrid>
      <w:tr w:rsidR="00BF78D8">
        <w:trPr>
          <w:trHeight w:hRule="exact" w:val="348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6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4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4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F78D8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 Введение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7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78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2. История Средних веков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Народы Европы в раннее Средневековье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Византийская империя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Арабы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—Х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5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Средневековое европейское общество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Государства Европы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1/http://schoolcollection. 2/edu.ru/catalog/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Культура средневековой Европы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Страны Востока в Средние века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Государства доколумбовой Америки в Средние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века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7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78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 w:rsidRPr="00935543">
        <w:trPr>
          <w:trHeight w:hRule="exact" w:val="504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3. История России. От Руси к Российскому государству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542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тыс. н. э.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Русь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Русь в середине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52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45" w:lineRule="auto"/>
              <w:ind w:left="72" w:right="3888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Русские земли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и их соседи в середине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XIV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4" w:right="640" w:bottom="44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20"/>
        <w:gridCol w:w="6640"/>
        <w:gridCol w:w="576"/>
        <w:gridCol w:w="1802"/>
        <w:gridCol w:w="1848"/>
        <w:gridCol w:w="4216"/>
      </w:tblGrid>
      <w:tr w:rsidR="00BF78D8">
        <w:trPr>
          <w:trHeight w:hRule="exact" w:val="54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4176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Формирование единого Русского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государства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6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7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45</w:t>
            </w:r>
          </w:p>
        </w:tc>
        <w:tc>
          <w:tcPr>
            <w:tcW w:w="78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7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6.5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8.75</w:t>
            </w:r>
          </w:p>
        </w:tc>
        <w:tc>
          <w:tcPr>
            <w:tcW w:w="4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</w:tbl>
    <w:p w:rsidR="00BF78D8" w:rsidRDefault="0011627F">
      <w:pPr>
        <w:autoSpaceDE w:val="0"/>
        <w:autoSpaceDN w:val="0"/>
        <w:spacing w:before="188" w:after="94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7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16"/>
        <w:gridCol w:w="4852"/>
        <w:gridCol w:w="684"/>
        <w:gridCol w:w="2172"/>
        <w:gridCol w:w="2210"/>
        <w:gridCol w:w="5068"/>
      </w:tblGrid>
      <w:tr w:rsidR="00BF78D8">
        <w:trPr>
          <w:trHeight w:hRule="exact" w:val="348"/>
        </w:trPr>
        <w:tc>
          <w:tcPr>
            <w:tcW w:w="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Наименование разделов и тем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программы</w:t>
            </w:r>
          </w:p>
        </w:tc>
        <w:tc>
          <w:tcPr>
            <w:tcW w:w="50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50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F78D8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1.Введение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9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Раздел 2.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Конец XV — XVII в.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Великие географические открытия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542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2304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Реформация и контрре- формация в Европе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732"/>
        </w:trPr>
        <w:tc>
          <w:tcPr>
            <w:tcW w:w="5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48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4" w:after="0" w:line="250" w:lineRule="auto"/>
              <w:ind w:left="72" w:right="3168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Государства Европы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 w:rsidRPr="00935543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6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217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50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Международные отношения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-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54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45" w:lineRule="auto"/>
              <w:ind w:left="72" w:right="2880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Страны Востока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 w:rsidRPr="00935543">
              <w:rPr>
                <w:lang w:val="ru-RU"/>
              </w:rP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5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Итого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 разделу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9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 w:rsidRPr="0093554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3.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История России. Россия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—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вв.: от великого княжества к царству </w:t>
            </w:r>
          </w:p>
        </w:tc>
      </w:tr>
      <w:tr w:rsidR="00BF78D8">
        <w:trPr>
          <w:trHeight w:hRule="exact" w:val="35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Россия в XVI 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54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Смута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 России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1/http://schoolcollection.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2/edu.ru/catalog/ 3/uchi.ru</w:t>
            </w:r>
          </w:p>
        </w:tc>
      </w:tr>
      <w:tr w:rsidR="00BF78D8">
        <w:trPr>
          <w:trHeight w:hRule="exact" w:val="54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Россия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 XVII 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16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4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Культурное пространство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-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вв.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1/http://schoolcollection. 2/edu.ru/catalog/ 3/uchi.ru</w:t>
            </w:r>
          </w:p>
        </w:tc>
      </w:tr>
      <w:tr w:rsidR="00BF78D8">
        <w:trPr>
          <w:trHeight w:hRule="exact" w:val="328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4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4" w:right="640" w:bottom="38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368"/>
        <w:gridCol w:w="684"/>
        <w:gridCol w:w="2172"/>
        <w:gridCol w:w="2210"/>
        <w:gridCol w:w="5068"/>
      </w:tblGrid>
      <w:tr w:rsidR="00BF78D8">
        <w:trPr>
          <w:trHeight w:hRule="exact" w:val="348"/>
        </w:trPr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45</w:t>
            </w:r>
          </w:p>
        </w:tc>
        <w:tc>
          <w:tcPr>
            <w:tcW w:w="9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2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8.75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</w:tbl>
    <w:p w:rsidR="00BF78D8" w:rsidRDefault="0011627F">
      <w:pPr>
        <w:autoSpaceDE w:val="0"/>
        <w:autoSpaceDN w:val="0"/>
        <w:spacing w:before="188" w:after="92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8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38"/>
        <w:gridCol w:w="528"/>
        <w:gridCol w:w="1104"/>
        <w:gridCol w:w="1140"/>
        <w:gridCol w:w="10796"/>
      </w:tblGrid>
      <w:tr w:rsidR="00BF78D8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1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7" w:lineRule="auto"/>
              <w:ind w:left="72" w:right="408"/>
              <w:jc w:val="both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10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F78D8">
        <w:trPr>
          <w:trHeight w:hRule="exact" w:val="542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1. Введение</w:t>
            </w:r>
          </w:p>
        </w:tc>
      </w:tr>
      <w:tr w:rsidR="00BF78D8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45" w:lineRule="auto"/>
              <w:ind w:left="72" w:right="892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https://resh.edu.ru/subject/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lesson/2081/start/</w:t>
            </w:r>
          </w:p>
        </w:tc>
      </w:tr>
      <w:tr w:rsidR="00BF78D8">
        <w:trPr>
          <w:trHeight w:hRule="exact" w:val="348"/>
        </w:trPr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3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Раздел 2.Всеобщая история. История Нового времени.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XVIII в. </w:t>
            </w:r>
          </w:p>
        </w:tc>
      </w:tr>
      <w:tr w:rsidR="00BF78D8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Век Просве- щения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lesson/2081/start/ https://edu.skysmart.ru/tea cher/homework/baxusona vi</w:t>
            </w:r>
          </w:p>
        </w:tc>
      </w:tr>
      <w:tr w:rsidR="00BF78D8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Государства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Европы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lesson/2084/start/ https://edu.skysmart.ru/tea cher/homework/baxusona vi</w:t>
            </w:r>
          </w:p>
        </w:tc>
      </w:tr>
      <w:tr w:rsidR="00BF78D8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Британские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колонии в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Северной Америке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lesson/2087/start/ https://edu.skysmart.ru/tea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cher/homework/baxusona vi</w:t>
            </w:r>
          </w:p>
        </w:tc>
      </w:tr>
      <w:tr w:rsidR="00BF78D8">
        <w:trPr>
          <w:trHeight w:hRule="exact" w:val="73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50" w:lineRule="auto"/>
              <w:ind w:left="72" w:right="144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Французская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революция конца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 w:right="446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lesson/2088/start/ https://edu.skysmart.ru/tea cher/homework/baxusona vi</w:t>
            </w:r>
          </w:p>
        </w:tc>
      </w:tr>
      <w:tr w:rsidR="00BF78D8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50" w:lineRule="auto"/>
              <w:ind w:left="72" w:right="43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Европейская культура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</w:t>
            </w: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lesson/2089/start/ https://edu.skysmart.ru/tea cher/homework/baxusona vi</w:t>
            </w:r>
          </w:p>
        </w:tc>
      </w:tr>
      <w:tr w:rsidR="00BF78D8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Международные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отношения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lesson/2092/start/ https://edu.skysmart.ru/tea cher/homework/baxusona vi</w:t>
            </w:r>
          </w:p>
        </w:tc>
      </w:tr>
      <w:tr w:rsidR="00BF78D8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144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Страны Востока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lesson/2090/start/ https://resh.edu.ru/subject/ lesson/2091/start/ https://edu.skysmart.ru/tea cher/homework/baxusona vi</w:t>
            </w:r>
          </w:p>
        </w:tc>
      </w:tr>
      <w:tr w:rsidR="00BF78D8">
        <w:trPr>
          <w:trHeight w:hRule="exact" w:val="5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 w:right="619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https://resh.edu.ru/subject/ lesson/2093/start/ https://edu.skysmart.ru/tea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cher/homework/baxusona vi</w:t>
            </w:r>
          </w:p>
        </w:tc>
      </w:tr>
      <w:tr w:rsidR="00BF78D8">
        <w:trPr>
          <w:trHeight w:hRule="exact" w:val="348"/>
        </w:trPr>
        <w:tc>
          <w:tcPr>
            <w:tcW w:w="193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13040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 w:rsidRPr="0093554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Раздел 3. История России. Россия в конце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в.: от царства к империи </w:t>
            </w:r>
          </w:p>
        </w:tc>
      </w:tr>
      <w:tr w:rsidR="00BF78D8">
        <w:trPr>
          <w:trHeight w:hRule="exact" w:val="52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1/http://schoolcollection.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2/edu.ru/catalog/ 3/uchi.ru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4" w:right="640" w:bottom="66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1538"/>
        <w:gridCol w:w="528"/>
        <w:gridCol w:w="1104"/>
        <w:gridCol w:w="1140"/>
        <w:gridCol w:w="10796"/>
      </w:tblGrid>
      <w:tr w:rsidR="00BF78D8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7" w:lineRule="auto"/>
              <w:ind w:left="72" w:right="288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Россия в эпоху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преобразований Петра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5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https://resh.edu.ru/subject/ lesson/2529/start/ https://resh.edu.ru/subject/ lesson/3173/start/ https://resh.edu.ru/subject/ lesson/1500/start/ https://resh.edu.ru/subject/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lesson/2079/start/ https://resh.edu.ru/subject/ lesson/2530/start/ https://resh.edu.ru/subject/ lesson/2531/start/ https://resh.edu.ru/subject/ lesson/2080/start/ https://resh.edu.ru/subject/ lesson/2532/start/ https://urok.1c.ru/share/tas k/faf3fea963e83a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96bc55c 364ffa9636b/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Северная война https://urok.1c.ru/share/tas k/eeb475d158662b29b617 e4234577d44e/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Преобразования Петра I https://urok.1c.ru/share/tas k/393b40d8333a32ea5f8c 4cde49d1285c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Внеш. политика Петра I https://edu.skysmart.ru/tea cher/homewor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k/baxusona vi</w:t>
            </w:r>
          </w:p>
        </w:tc>
      </w:tr>
      <w:tr w:rsidR="00BF78D8">
        <w:trPr>
          <w:trHeight w:hRule="exact" w:val="150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7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Россия после Петра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. Дворцовые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перевороты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5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lesson/2533/start/ https://resh.edu.ru/subject/ lesson/2534/start / https://resh.edu.ru/subject/ lesson/3045/start/ https://resh.edu.ru/subject/ lesson/253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5/start/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https://urok.1c.ru/share/task/69fa80fc86c69919f9f82 27db6c76af9/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Внеш.политика 1725-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1762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https://edu.skysmart.ru/tea cher/homework/baxusona vi</w:t>
            </w:r>
          </w:p>
        </w:tc>
      </w:tr>
      <w:tr w:rsidR="00BF78D8">
        <w:trPr>
          <w:trHeight w:hRule="exact" w:val="188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50" w:lineRule="auto"/>
              <w:ind w:left="72" w:right="720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Россия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 1760—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1790-х гг.</w:t>
            </w:r>
          </w:p>
          <w:p w:rsidR="00BF78D8" w:rsidRPr="00935543" w:rsidRDefault="0011627F">
            <w:pPr>
              <w:autoSpaceDE w:val="0"/>
              <w:autoSpaceDN w:val="0"/>
              <w:spacing w:before="18" w:after="0" w:line="250" w:lineRule="auto"/>
              <w:ind w:left="72" w:right="288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Правление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Екатерины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и Павла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54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https://resh.edu.ru/subject/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lesson/2536/start/ https://resh.edu.ru/subject/ lesson/2537/start/ https://resh.edu.ru/subject/ lesson/2538/start/ https://resh.edu.ru/subject/ lesson/2539/start/ https://resh.edu.ru/subject/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lesson/2082/start/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edu.ru/subject/ lesson/2540/start/ https://resh.edu.ru/subject/ lesson/2083/start/ https://urok.1c.ru/share/tas k/d82546655fa4b0ed1747 58446f163ce8/ https://urok.1c.ru/share/tas k/5c554cf0b538b57a4050 4d858548b205/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Е.И. Пугачев https://urok.1c.ru/share/ta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s k/95e6b75769f53b650c3f 8c0152380eee/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Экономическое развитие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https://edu.skysmart.ru/tea cher/homework/baxusona vi</w:t>
            </w:r>
          </w:p>
        </w:tc>
      </w:tr>
      <w:tr w:rsidR="00BF78D8">
        <w:trPr>
          <w:trHeight w:hRule="exact" w:val="150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52" w:lineRule="auto"/>
              <w:ind w:left="72" w:right="43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Культурное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пространство Российской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империи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XVIII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54" w:lineRule="auto"/>
              <w:ind w:left="72" w:right="619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https://resh.edu.ru/subject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/lesson/2541/start/ https://resh.edu.ru/subject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/lesson/2542/start/ https://resh.edu.ru/subject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/lesson/2543/start/ https://resh.edu.ru/subject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/lesson/2085/start/ https://resh.edu.ru/subject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/lesson/2086/start/ https://edu.skysmart.ru/te acher/homewor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k/baxuson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avi</w:t>
            </w:r>
          </w:p>
        </w:tc>
      </w:tr>
      <w:tr w:rsidR="00BF78D8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 lesson/2544/start/ https://edu.skysmart.ru/tea cher/homework/baxusona vi</w:t>
            </w:r>
          </w:p>
        </w:tc>
      </w:tr>
      <w:tr w:rsidR="00BF78D8">
        <w:trPr>
          <w:trHeight w:hRule="exact" w:val="348"/>
        </w:trPr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45</w:t>
            </w:r>
          </w:p>
        </w:tc>
        <w:tc>
          <w:tcPr>
            <w:tcW w:w="13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732"/>
        </w:trPr>
        <w:tc>
          <w:tcPr>
            <w:tcW w:w="1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50" w:lineRule="auto"/>
              <w:ind w:left="72" w:right="144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ОБЩЕЕ КОЛИЧЕСТВО ЧАСОВ ПО </w:t>
            </w:r>
            <w:r w:rsidRPr="00935543">
              <w:rPr>
                <w:lang w:val="ru-RU"/>
              </w:rPr>
              <w:br/>
            </w:r>
            <w:r w:rsidRPr="00935543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8.75</w:t>
            </w:r>
          </w:p>
        </w:tc>
        <w:tc>
          <w:tcPr>
            <w:tcW w:w="10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</w:tbl>
    <w:p w:rsidR="00BF78D8" w:rsidRDefault="0011627F">
      <w:pPr>
        <w:autoSpaceDE w:val="0"/>
        <w:autoSpaceDN w:val="0"/>
        <w:spacing w:before="188" w:after="92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9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070"/>
        <w:gridCol w:w="528"/>
        <w:gridCol w:w="1476"/>
        <w:gridCol w:w="1512"/>
        <w:gridCol w:w="3448"/>
      </w:tblGrid>
      <w:tr w:rsidR="00BF78D8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8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Наименование разделов и тем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программы</w:t>
            </w:r>
          </w:p>
        </w:tc>
        <w:tc>
          <w:tcPr>
            <w:tcW w:w="3516" w:type="dxa"/>
            <w:gridSpan w:val="3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3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4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BF78D8">
        <w:trPr>
          <w:trHeight w:hRule="exact" w:val="542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BF78D8" w:rsidRDefault="00BF78D8"/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Раздел 1. Введение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https://resh.edu.ru/subject/3/9/</w:t>
            </w:r>
          </w:p>
        </w:tc>
      </w:tr>
      <w:tr w:rsidR="00BF78D8">
        <w:trPr>
          <w:trHeight w:hRule="exact" w:val="348"/>
        </w:trPr>
        <w:tc>
          <w:tcPr>
            <w:tcW w:w="8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6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Раздел 2.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XIХ — начало ХХ в. </w:t>
            </w:r>
          </w:p>
        </w:tc>
      </w:tr>
      <w:tr w:rsidR="00BF78D8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Европа в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https://resh.edu.ru/subject/3/9/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4" w:right="640" w:bottom="28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070"/>
        <w:gridCol w:w="528"/>
        <w:gridCol w:w="1476"/>
        <w:gridCol w:w="1512"/>
        <w:gridCol w:w="3448"/>
      </w:tblGrid>
      <w:tr w:rsidR="00BF78D8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Развитие индустриаль- ного общества в первой половине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в.: экономика, социальные отношения, поитические процессы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https://resh.edu.ru/subject/3/9/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Политическое развитие европейских странв  1815—1840-х гг.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Страны Европы и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Северной Америки в середине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-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Страны Латинской Америки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-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80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Страны Азии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-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80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8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Народы Африки в Х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Х — начале ХХ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Развитие культуры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начале ХХ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РЭШ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Международные отношения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-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8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22</w:t>
            </w:r>
          </w:p>
        </w:tc>
        <w:tc>
          <w:tcPr>
            <w:tcW w:w="6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 w:rsidRPr="0093554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Раздел 3. История России. Российская империя в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— начале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 </w:t>
            </w:r>
          </w:p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Александровская эпоха: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государственный либерализм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Николаевское самодержавие: государ- ственный консерватизм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Социальная и 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правовая модернизация страны при Александре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II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Россия в 1880-1890-х гг.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3.8.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Pr="00935543" w:rsidRDefault="0011627F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XIX</w:t>
            </w:r>
            <w:r w:rsidRPr="00935543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3.9.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Этнокультурный облик империи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3.10.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Формирование гражданского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общества и основные направления общественных движений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3.11.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Россия на пороге XX 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3.12.</w:t>
            </w:r>
          </w:p>
        </w:tc>
        <w:tc>
          <w:tcPr>
            <w:tcW w:w="8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Обобщение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50"/>
        </w:trPr>
        <w:tc>
          <w:tcPr>
            <w:tcW w:w="8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45</w:t>
            </w:r>
          </w:p>
        </w:tc>
        <w:tc>
          <w:tcPr>
            <w:tcW w:w="6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  <w:tr w:rsidR="00BF78D8">
        <w:trPr>
          <w:trHeight w:hRule="exact" w:val="328"/>
        </w:trPr>
        <w:tc>
          <w:tcPr>
            <w:tcW w:w="8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6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7.25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BF78D8"/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6840" w:h="11900"/>
          <w:pgMar w:top="284" w:right="640" w:bottom="111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78" w:line="220" w:lineRule="exact"/>
      </w:pPr>
    </w:p>
    <w:p w:rsidR="00BF78D8" w:rsidRDefault="0011627F">
      <w:pPr>
        <w:autoSpaceDE w:val="0"/>
        <w:autoSpaceDN w:val="0"/>
        <w:spacing w:after="140" w:line="382" w:lineRule="auto"/>
        <w:ind w:right="6624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5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Тема 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Виды, формы контроля</w:t>
            </w:r>
          </w:p>
        </w:tc>
      </w:tr>
      <w:tr w:rsidR="00BF78D8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изучает история. Источники исторических знаний. Специальные (вспомогательные) исторические дисциплины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Историческая хронология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(счет лет«до н. э.» и «н. э.»). Историческая карта.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Происхождение, расселение и эволюция древнейшего человека.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Условия жизни и занятия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первобытных людей. Овладение огнем.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Появление человека разумного. Охота и собирательство. Присваивающее хозяйство. Род и родовые отношения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Древнейшие земледельцы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скотоводы: трудовая деятельность, изобретения. Появление ремесел. Производящее хозяйство. Развитие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обмена и торговли.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Переход от родовой к соседской общине. Появление знати.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Представления об окружающем мире, верования первобытных людей.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первобытных людей.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Разложение первобытнообщинных отношений. На пороге цивилизации.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Понятие и хронологические рамки истории Древнего мира. Карта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Древнего мира.Понятие «Древний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Восток». Карта Древневосточного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мира.Природа Египта. Условия жизни и занятия древних египтян.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98" w:right="650" w:bottom="85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Возникновение государственной власти.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Объединение Египта.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Управление государством (фараон, вельможи, чиновники).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Положение и повинности населения. Развитие земледелия, скотоводства, ремесел. Рабы.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Отношения Египта с соседними народами.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Египетское войско.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Завоевательные походы фараонов; Тутмос III. Могущество Египта при Рамсесе II.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Религиозные верования египтян. Боги Древнего Египта. Храмы и жрецы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Пирамиды и гробницы. Фараон-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реформатор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Эхнатон.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Познания древних египтян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(астрономия, математика, медицина). Письменность (иероглифы, папирус). Открытие Ж. Ф. Шампольона.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Искусство Древнего Египта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(архитектура, рельефы, фрески).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2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Природные условия Месопотамии (Междуречья). Занятия населения. Древнейшие города-государства.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Создание единого государства. Письменность. Мифы и сказания.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Древний Вавилон. Царь Хаммурапи и его законы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Ассирия. Завоевания ассирийцев. Создание сильной державы.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Культурные сокровища Ниневии.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Гибель империи.Усиление Нововавилонского царства.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Легендарные памятники города Вавилона.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Самооценка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использованием«Оценочного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листа»;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Природные условия, их влияние на занятия жителей. Финикия: развитие ремесел, караванной и морской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торговли. Города- государства.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Финикийская колонизация.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Финикийский алфавит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7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Палестина и ее население.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Израильского государства. Царь Соломон. Религиозные верования.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Ветхозаветные предания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Завоевания персов. Государство Ахеменидов. Великие цари: Кир II Великий, Дарий 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4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Расширение территории державы. Государственное устройство. Центр и сатрапии, управление империей.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Религия персов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Природные условия Древней Индии.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Занятия населения. Древнейшие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города-государства. Приход ариев в Северную Индию.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Держава Маурьев.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Государство Гуптов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Общественное устройство, варны.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Религиозные верования древних индийцев. Легенды и сказания.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и распространение буддизма. Культурное наследие Древней Индии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Природные условия Древнего Китая. Хозяйственная деятельность и условия жизни населения. Древнейшие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царства. Создание объединенной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империи. Цинь Шихуанди. Возведение Великой Китайской стены. Правление династии Хань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Жизнь в империи: правители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подданные, положение различных групп населения. Развитие ремесел и торговли. Великий шелковый путь.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Религиозно-философские учения. Конфуций. Научные знания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изобретения древних китайцев.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Храмы.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Природные условия Древней Греции. Занятия населения. Древнейшие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государства на Крите. Расцвет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гибель Минойской цивилизации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7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Государства Ахейской Греции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(Микены, Тиринф).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Троянская война. Вторжение дорийских племен.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</w:t>
            </w:r>
          </w:p>
        </w:tc>
      </w:tr>
      <w:tr w:rsidR="00BF78D8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Поэмы Гомера «Илиада»,«Одиссея».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Подъем хозяйственной жизни после«темных веков». Развитие земледелия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 ремесла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Становление полисов, их политическое устройство. Аристократия и демос.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Великая греческая колонизация. Метрополии и колонии.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Самооценка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использованием«Оценочного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листа»;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Афины: утверждение демократии. Законы Солона. Реформы Клисфена, их значение.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Спарта: основные группы населения, политическое устройство. Организация военного дела. Спартанское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воспитание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Греко-персидские войны. Причины войн. Походы персов на Грецию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Битва при Марафоне, ее значение. Усиление афинского могущества; Фемистокл. Битва при Фермопилах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42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Захват персами Аттики. Победы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греков в Саламинском сражении, при Платеях и Микале. Итоги греко-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персидских войн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Возвышение Афинского государства. Афины при Перикле. Хозяйственная жизнь. Развитие рабовладения.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Пелопоннесская война: причины, участники, итоги. Упадок Эллады.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Контрольная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Религия древних греков; пантеон богов. Храмы и жрецы.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48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наук. Греческая философия. Школа и образование. Литература. Греческое искусство: архитектура, скульптура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Повседневная жизнь и быт древних греков. Досуг (театр, спортивные состязания). Общегреческие игры в Олимпии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4" w:lineRule="auto"/>
              <w:ind w:left="72" w:right="46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Возвышение Македонии. Политика Филиппа II. Главенство Македонии над греческими полисами.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Коринфский союз.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36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Александр Македонский и 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завоевания на Востоке. Распад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державы Александра Македонского.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Эллинистические государства Востока.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Культура эллинистического мира. Александрия Египетская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Природа и население Апеннинского полуострова в древности. Этрусские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города- государства. Наследие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этрусков. Легенды об основании Рима.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Рим эпохи царей. Республика римских граждан. Патриции и плебеи.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Управление и законы.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Римское войско. Верования древних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римлян. Боги. Жрецы. Завоевание Римом Италии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42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Ганнибал; битва при Каннах. Поражение Карфагена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Установление господства Рима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Средиземноморье. Римские провинции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Подъем сельского хозяйства. Латифундии. Рабство.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8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Борьба за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аграрную реформу.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Деятельность братьев Гракхов: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проекты реформ, мероприятия, итоги.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Гражданская война и установление диктатуры Суллы.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Спартака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Участие армии в гражданских войнах.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Первый триумвират. Гай Юлий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Цезарь: путь к власти, диктатура.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ВПР;</w:t>
            </w:r>
          </w:p>
        </w:tc>
      </w:tr>
      <w:tr w:rsidR="00BF78D8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42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Борьба между наследниками Цезаря. Победа Октавиана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Установление императорской власти.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Октавиан Август. Императоры Рима: завоеватели и правители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ВПР;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Римская империя: территория,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управление. Римское гражданство. Повседневная жизнь в столице и провинциях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 ВПР;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и распространение христианства.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Император Константин I, перенос столицы в Константинополь.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Разделение Римской империи на Западную и Восточную части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Тестирование; ВПР;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ВПР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42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Начало Великого переселения народов. Рим и варвары.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Падение Западной Римской империи.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Римская литература, золотой век поэзии. Ораторское искусство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опрос; Самооценка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использованием«Оценочного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листа»;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Цицерон. Развитие наук. Римские историки.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202"/>
        <w:gridCol w:w="732"/>
        <w:gridCol w:w="1620"/>
        <w:gridCol w:w="1668"/>
        <w:gridCol w:w="1826"/>
      </w:tblGrid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Др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евнего Рима: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архитектура, скульптура. Пантеон.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Историческое и культурное наследие цивилизаций Древнего мира.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Зачет;</w:t>
            </w:r>
          </w:p>
        </w:tc>
      </w:tr>
      <w:tr w:rsidR="00BF78D8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4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Историческое и культурное наследие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цивилизаций Древнего мира.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 опрос; 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4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6.75</w:t>
            </w:r>
          </w:p>
        </w:tc>
        <w:tc>
          <w:tcPr>
            <w:tcW w:w="3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10.5</w:t>
            </w:r>
          </w:p>
        </w:tc>
      </w:tr>
    </w:tbl>
    <w:p w:rsidR="00BF78D8" w:rsidRDefault="0011627F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6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BF78D8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Падение Западной Римской империи и возникновение варварских королевств. Завоевание франками Галлии. Хлодвиг. Усиление королевской власти.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Салическая правда. Принятие франками христианства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Усиление власти майордомов. Карл Мартелл и его военная реформа.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Завоевания Карла Великого. Управление империей. «Каролингское возрождение».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Верденский раздел, его причины и значение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государств во Франции, Германии, Италии. Священная Римская империя. Христианизация Европы.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Светские правители и папы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Британия и Ирландия в раннее Средневековье. Норманны: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общественный строй, завоевания. Ранние славянские государства.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Венгерского королевства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5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Территория,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население империи ромеев. Византийские императоры; Юстиниан I.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Кодификация законов. Внешняя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политика Византии. Византия и славяне.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Власть императора и церковь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Культура Византии. Образование и книжное дело. Художественная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(архитектура, иконопись)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Природные условия Аравийского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полуострова. Основные занятия арабов.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Традиционные верования. Пророк Мухаммад и возникновение ислама.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Хиджра. Победа новой веры. Коран. Завоевания арабов. Мир ислама.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Арабский халифат, его расцвет и распад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исламского мира. Образование и наука. Роль арабского языка. Расцвет литературы и искусства. Архитектура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Аграрное производство. Натуральное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Крестьянская община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Города — центры ремесла, торговли, культуры. Население городов. Цехи и гильдии. Городское управление. Борьба городов за самоуправление.</w:t>
            </w:r>
          </w:p>
          <w:p w:rsidR="00BF78D8" w:rsidRDefault="0011627F">
            <w:pPr>
              <w:autoSpaceDE w:val="0"/>
              <w:autoSpaceDN w:val="0"/>
              <w:spacing w:before="72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Средневековые города- республики. Развитие торговли. Ярмарки. Торговые пути в Средиземноморье и на Балтике. Ганза. Облик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средневековых городов.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 жизни и быт горожан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Церковь и духовенство. Разделение христианства на католицизм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православие. Борьба пап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независимость церкви от светской власти. Крестовые походы: цели,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участники, итоги. Ереси: причины возникновения и распространения.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Преследование еретиков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Усиление 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оролевской власти в странах Западной Европы. Сословно-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представительная монархия.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right="86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централизованных государств в Англии, Франции.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Столетняя война. Ж. Д’Арк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Священная Римская империя в ХII— ХV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вв. Польско-литовское государство в XIV—XV вв. Реконкиста и образование централизованных государств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Пиренейском полуострове. Итальянские государства в XII—XV вв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экономики в европейских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странах в период зрелого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Средневековья. Обострение социальных противоречий в ХIV в. (Жакерия,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восстание Уота Тайлера). Гуситское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движение в Чехии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Византийская империя и славянские государства в XII—XV вв. Экспансия турок-османов. Османские завоевания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 Балканах. Падение Константинополя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Представления средневекового человека о мире. Место религии в жизни человека и общества. Образование: школы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университеты. Сословный характер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культуры. Рыцарская литература.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Городской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крестьянский фольклор.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Романский и готический стили в художественной культуре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знаний о природе и человеке.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Гуманизм. Раннее Возрождение: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художники и их творения. Изобретение европейского книгопечатания. 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Гутенберг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Османская империя: завоевания турок-османов (Балканы, падение Византии).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Управление империей, положение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покоренных народов. Монгольская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держава: общественный строй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монгольских племен, завоевания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Чингисхана и его потомков, управление подчиненными территориями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5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Китай: имп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ерии, правители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подданные, борьба против завоевателей.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Япония: образование государства, власть императоров и управление сегунов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Индия: раздробленность индийских княжеств, вторжение мусульман,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Делийский султанат. Культура народов Востока. Литература. Архитектура.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Традиционные искусства и ремесла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Цивилизации майя, ацтеков и инков: общественный строй, религиозные верования, культура. Появление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европейских завоевателей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Историческое и культурное наследие Средних веков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Роль и место России в мировой истории.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Проблемы периодизации российской истории. Источники по истории России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Заселение территории нашей страны человеком. Особенности перехода от присваивающего хозяйства 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производящему. Ареалы древнейшего земледелия и скотоводства. Появление металлических орудий и их влияние на первобытное общество. Кочевые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общества евразийских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степей в эпоху бронзы и раннем железном веке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Скифы и скифская культура. Античные города-государства Северного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Причерноморья. Боспорскоецарство.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Пантикапей. Античный Херсонес. Скифское царство в Крыму. Дербент.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переселение народов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4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Вопрос о славянской прародине и происхождении славян. Расселение славян, их разделение на три ветви –восточных, западных и южных.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Славянские общности Восточной Европы. Соседи восточных славян –балты и финно-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угры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1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Хозяйство восточных славян, 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общественный строй и политическая организация. Возникновение княжеской власти. Традиционные верования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Страны и народы Восточной Европы, Сибири и Дальнего Востока. Тюркский каганат. Хазарский кага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нат. Волжская Булгария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Исторические условия складывания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русской государственности: природно-климатический фактор и политические процессы в Европе в конце I тыс. н. э. Проблема образования государства Русь.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Скандинавы на Руси. Начало династии Рюриковичей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территории государства Русь. Дань и полюдье. Первые русские князья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Отношения с Византийской империей, странами Центральной, Западной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Северной Европы, кочевниками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европейских степей. Путь «из варяг в греки». Волжский торговый путь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Языческий пантеон. Принятие христианства и его значение. Византийское наследие на Руси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Территория, органы власти, социальная структура, хозяйственный уклад,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крупнейшие города Восточной Европы.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Территориально- политическая структура Руси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Органы власти: князь, посадник,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тысяцкий, вече. Внутриполитическое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развитие. Борьба за власть между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сыновьями Владимира Святого. Ярослав Мудрый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Русь при Ярославичах. Владимир Мономах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Русская церковь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Князья, др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ужина. Духовенство.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Городское население. Купцы. Категории рядового и зависимого населения.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Древнерусское право: Русская Правда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Русь в социально- политическом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контексте Евразии. Внешняя политика и международные связи: отношения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Византией, печенегами, половцами,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странами Центральной, Западной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Северной Европы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Русь в общеевропейском культурном контексте. Картина мира средневекового человека. Повседневная жизнь, сельский и городской быт. Положение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женщины.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Дети и их воспитание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единого культурного пространства. Письменность.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Распространение грамотности, берестяные грамоты. Появление древнерусской литературы.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Произведения летописного жанра.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«Повесть временных лет». Первые русские жития. Произведения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Владимира Мономаха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Иконопись. Искусство книги.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Архитектура. Начало храмового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строительства: Десятинная церковь, София Киевская, София Новгородская.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Ремесло.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Военное дело и оружие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системы земель —самостоятельных государств.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Важнейшие земли, управляемые ветвями княжеского рода Рюриковичей: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Черниговская, Смоленская, Галицкая, Волынская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Важнейшие земли, управляемые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ветвями княжеского рода: Суздальская земля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Земли, имевшие особый статус: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Киевская и Новгородская. Эволюция общественного строя и права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1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Внешняя политика русских земель. Международные связи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региональных центров культуры: летописание и памятники литературы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Белокаменные храмы Северо-Восточной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Руси: Успенский собор во Владимире, церковь Покрова на Нерли,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Георгиевский собор Юрьева-Польского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Монгольской империи. Завоевания Чингисхана и его потомков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Походы Батыя на Восточную Европу.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Золотой орды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Судьбы русских земель после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монгольского нашествия. Система зависимости русских земель от ордынских ханов (так называемое ордынское иго)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Южные и западные русские земли.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Литовского государства и включение в его состав части русских земель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Северо-западные земли: Новгородская и Псковская. Политический строй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Новгорода и Пскова. Роль вече и князя.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Ордена крестоносцев и борьба с 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экспансией на западных границах Руси. Александр Невский. Взаимоотношения с Ордой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Княжества Северо- Восточной Руси.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Противостояние Твери и Москвы. Возвышение Московского княжества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Дмитрий Донской. Куликовская битва. Закрепление первенствующего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положения московских князей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Роль Православной церкви в ордынский период русской истории. Перенос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митрополичьей кафедры в Москву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88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Золотая орда: государственный строй, население, экономика, культура. Города и кочевые степи. Принятие ислама.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Ослабление государства во второй половине XIV в., нашествие Тимура.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Распад Золотой орды, образование татарских ханств. Казанское ханство.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Сибирско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 ханство. Астраханское ханство. Ногайская орда. Крымское ханство. Народы Северного Кавказа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5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Культурное взаимодействие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цивилизаций. Межкультурные связи и коммуникации (взаимодействие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взаимовлияние русской культуры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 народов Евразии). Летописание. Литературные памятники Куликовского цикла. Жития. Епифаний Премудрый. Архитектура. Каменные соборы Кремля.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Изобразительное искусство. Феофан Грек. Андрей Рублев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Борьба за русские земли между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Литовским и Московским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государствами. Объединение русских земель вокруг Москвы. Междоусобная война в Московском княжестве второй четверти XV в. Василий Темный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Новгород и Псков в XV в.: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политический строй, отношения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Москвой, Ливонским орденом, Ганзой, Великим княжеством Литовским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Падение Византии и рост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церковнополитической роли Москвы в православном мире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right="576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Иван III. Присоединение к Москве Новгорода и Твери, других земель. Ликвидация зависимости от Орды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Расширение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международных связей Московского государства. Принятие общерусского Судебника.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Формирование аппарата управления единого государства. Перемены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устройстве двора великого князя: новая государственная символика; царский титул и регалии; дворцовое и церковн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ое строительство. Московский Кремль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Изменение восприятия мира.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Сакрализация великокняжеской власти.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Флорентийская уния. Установление автокефалии Русской церкви.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Внутрицерковная борьба (иосифляне и нестяжатели). Ереси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культуры единого Русского государства. Летописание. Житийная литература. «Хожение за три моря»Афанасия Никитина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Архитектура. Русская икона как феномен мирового искусства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Историческое развитие Руси в IX –начале XVI вв  Повседневная жизнь горожан и сельских жителей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древнерусский и раннемосковский периоды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830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8.75</w:t>
            </w:r>
          </w:p>
        </w:tc>
      </w:tr>
    </w:tbl>
    <w:p w:rsidR="00BF78D8" w:rsidRDefault="0011627F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7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BF78D8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Понятие «Новое время».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Хронологические рамки и периодизация Нового времени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9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28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Предпосылки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открытие Австралии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Завоевание конкистадоров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Центральной и Южной Америке (Ф.</w:t>
            </w:r>
          </w:p>
          <w:p w:rsidR="00BF78D8" w:rsidRDefault="0011627F">
            <w:pPr>
              <w:autoSpaceDE w:val="0"/>
              <w:autoSpaceDN w:val="0"/>
              <w:spacing w:before="72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Кортес, Ф. Писарро). Европейцы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Северной Америке. Поиски северо-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восточного морского пути в Китай и Индию. Политические, экономические и культурные последствия Великих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географических открытий конца XV —XVI 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техники, горного дела, производства металлов. Появление мануфактур. Возникновение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капиталистических отношений.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Распространение наемного труда 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деревне. Расширение внутреннего и мирового рынка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Изменения в сословной структуре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общества, появление новых социальных групп. Повседневная жизнь обитателей городов и деревень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Причины Реформации. Начало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Реформации в Германии; М. Лютер.</w:t>
            </w:r>
          </w:p>
          <w:p w:rsidR="00BF78D8" w:rsidRDefault="0011627F">
            <w:pPr>
              <w:autoSpaceDE w:val="0"/>
              <w:autoSpaceDN w:val="0"/>
              <w:spacing w:before="72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Развертывание Реформации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Крестьянская война в Германии. Распространение протестантизма в Европе. Кальвинизм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Религиозные войны. Контрреформация. Инквизиция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Абсолютизм и сословное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представительство. Борьба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колониальные владения. Начало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формирования колониальных империй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8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4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Испания под властью потомков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католических королей. Внутренняя и внешняя политика испанских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Габсбургов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Национально- освободительное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движение в Нидерландах: цели,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участники, формы борьбы. Итоги и значение Нидерландской револю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Королевская власть и централизация управления страной. Католики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гугеноты. Религиозные войны. Генрих IV. Нантский эдикт 1598 г. Людовик XIII и кардинал Ришелье. Фронда.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Французский абсолютизм при Людовике XIV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капиталистического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предпринимательства в городах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деревнях. Укрепление королевской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власти при Тюдорах. Генрих VIII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королевская реформация. «Золотой век»Елизаветы I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Причины, участники, этапы революции. Размежевание в революционном лагере.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О. Кромвель. Итоги и значение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революции. Реставрация Стюартов.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Славная революция. Становление английской парламентской монархии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8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 мире империй и вне его. Германские государства. Итальянские земли.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Положение славянских народов.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Речи Посполитой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Столкновение интересов в приобретении колониальных владений и господстве на торговых путях. Противос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тояние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османской экспансии в Европе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1152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Политические и религиозные противоречия начала XVII в.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right="576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державы австрийских Габсбургов. Тридцатилетняя война.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Вестфальский мир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7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Высокое Возрождение в Италии: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художники и их произведения. Северное Возрождение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Мир человека в литературе раннего Нового времени. М. Сервантес. У.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right="72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Шекспир. Стили художественной культуры (барокко, классицизм).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Французский театр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эпохи классицизма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8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науки: переворот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естествознании, возникновение новой картины мира. Выдающиеся ученые и их открытия (Н. Коперник, И. Ньютон).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Утверждение рационализма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Османская империя: на вершине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могущества. Сулейман I Великолепный: завоеватель, законодатель. Управление многонациональной империей.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Османская армия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Индия при Великих Моголах. Начало проникновения европейцев. Ост-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Индские компании. Китай в эпоху Мин. Экономическая и социальная политика государства. Утверждение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маньчжурской династии Цин. Япония: борьба знатных кланов за власть,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установление сегуната Токугава,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укрепление централизованного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государства. «Закрытие» страны для иноземцев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и искусство стран Востока в XVI— XVII вв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Историческое и культурное наследие раннего Нового времени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Княжение Василия III. Присоединение к Москве Псковской, Смоленской,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Рязанской земель. Отмирание удельной системы. Укрепление великокняжеской власти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1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8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Война Московского княжества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Великим княжеством Литовским,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отношения с Крымским и Казанским ханствами, посольства в европейские государства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84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Боярская дума, ее роль в управлении государством. Органы государственной власти. Прика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зная система: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формирование первых приказных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учреждений. Местничество. Местное управление: наместники и волостели, система кормлений. Государство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церковь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Регентство Елены Глинской.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Сопротивление удельных князей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великокняжеской власти. Унификация денежной системы. Период боярского правления. Борьба за власть между боярскими кланами. Губная реформа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Принятие Иваном IV царского титула.«Избранная рада»: ее состав и значение.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Появление Земских соборов. Отмена кормлений. Система налогообложения. Судебник 1550 г. Стоглавый собор.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Земская реформа – формирование органов местного самоуправления.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Создание стрелецких полков и«Уложение о службе»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Присоединение Казанского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Астраханского ханств. Значение включения Среднего и Нижнего Поволжья в состав Российского государства. Войны с Крымским ханством. Битва при Молодях.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Укрепление южных границ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Ливонская война: причины и характер. Ликвидация Ливонского ордена.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Причины и результаты поражения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России в Ливонской войне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Поход Ермака Тимофеевича на Сибирское ханство. Начало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присоединения к России Западной Сибири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255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Социальная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структура российского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общества. Дворянство. Служилые люди.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Торгово- ремесленное население городов. Духовенство. Начало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закрепощения крестьян: Указ о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«заповедных летах». Формирование вольного казачества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Многонациональный состав населения Русского государства. Сосуществование религий в Российском государстве.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Народы Поволжья после присоединения к России. Русская Православная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церковь. Мусульманское духовенство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Опричнина: дискуссия о ее причинах и характере. Опричный террор. Разгром Новгорода и Пскова. Московские казни 1570 г. Результаты и последствия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опричнины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Результаты и цена преобразований. Противоречивость личности Ивана Грозного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5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Царь Федор Иванович. Борьба за власть в боярском окружении. Правление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Бориса Годунова. Учреждение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патриаршества. Противостояние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Крымским ханством. Строительство российских крепостей и засечных черт.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Продолжение закрепощения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рестьянства: Указ об «урочных летах».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Пресечение царской династии Рюриковичей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Династический кризис. Земский собор 1598 г. и избрание на царство Бориса Годунова. Политика Бориса Годунова в отношении боярства. Голод 1601-1603 гг.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обострение социально-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экономического кризиса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Дискуссия о причинах, сущности и основных этапах Смутного времени. Самозванцы и самозванство. Личность Лжедмитрия I и его политика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7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4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Царь Василий Шуйский. Восстание Ивана Болотникова. Перерастание внутреннего кризиса в гражданскую войну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4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Лжедмитрий II. Вторжение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территорию России польско-литовских отрядов. Тушинский лагерь самозванца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под Москвой. Оборона Троице-Сергиева монастыря. Выборгский договор между Россией и Швецией. Открытое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вступление в войну против России Речи Посполитой. Оборона Смоленска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Свержение Василия Шуйского и переход власти к «семибоярщин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е».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Договор об избрании на престол польского принца Владислава и вступление польско-литовского гарнизона в Москву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Подъем национально- освободительного движения. Патриарх Гермоген.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Московское восстание 1611 г.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сожжение города оккупантами. Первое и второе земские ополчения. Захват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Новгорода шведскими войсками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«Совет всея земли». Освобождение Москвы в 1612 г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Земский собор 1613 г. и его роль в укреплении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государственности.</w:t>
            </w:r>
          </w:p>
          <w:p w:rsidR="00BF78D8" w:rsidRDefault="0011627F">
            <w:pPr>
              <w:autoSpaceDE w:val="0"/>
              <w:autoSpaceDN w:val="0"/>
              <w:spacing w:before="72" w:after="0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Избрание на царство Михаила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Федоровича Романова. Борьба с казачьими выступлениями против центральной власти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0.75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Столбовский мир со Швецией: утрата выхода к Балтийскому морю.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Продолжение войны с Речью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Посполитой. Заключение Деулинского перемирия с Речью Посполитой. Итоги и последствия Смутного времени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Царствование Михаила Федоровича. Восстановление экономического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потенциала страны. Продолжение закрепощения крестьян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42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Земские соборы. Роль патриарха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Филарета в управлении государством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0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Царствование Алексея Михайловича. Укрепление самодержавия. Ослабление роли Боярской думы в управлении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государством. Развитие приказного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строя. Усиление воеводской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власти в уездах и постепенная ликвидация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земского самоуправления. Затухание деятельности Земских соборов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Патриарх Никон, его конфликт с царской властью. Раскол в Церкви.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Протопоп Аввакум,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религиозной традиции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старообрядчества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Царь Федор Алексеевич. Отмена местничества. Налоговая (податная) реформа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Экономическое развитие России в XVII в. Первые мануфактуры Ярмарки.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Укрепление внутренних торговых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связей и развитие хозяйственной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специализации регионов Российского государства. Торговый и Новоторговый уставы. Торговля с европейскими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странами и Востоком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Государев двор, служилый город,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духовенство, торговые люди, посадское население, стрельцы, служилые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иноземцы, казаки, крестьяне, холопы.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Русская деревня в XVII 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Соляной бунт в Москве. Псковско-Новгородское восстание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Соборное уложение 1649 г. Завершение оформления крепостного права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территория его распространения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Денежная реформа 1654 г. Медный бунт. Побеги крестьян на Дон и в Сибирь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4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Возобновле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ние дипломатических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контактов со странами Европы и Азии после Смуты. Смоленская война.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Поляновский мир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Диктант;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Богдана Хмельницкого.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Переяславская рада. Вхождение земель Войска Запорожского в состав России.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Война между Россией и Речью Посполитой 1654—1667 гг.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Андрусовское перемирие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Русско-шведская война 1656 –1658 гг. и ее результаты. Отношения России со странами Западной Европы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Укрепление южных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рубежей.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Белгородская засечная черта.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Конфликты с Османской империей.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«Азовское осадное сидение».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«Чигиринская война» и Бахчисарайский мирный договор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41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8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Народы России в XVII в. Эпоха Великих географических открытий и русские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географические открытия. Плавание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Семена Дежнева. Выход к Тихому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океану. Походы Ерофея Хабарова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Василия Пояркова и исследование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бассейна реки Амур. Освоение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Поволжья и Сибири. Ясачное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налогообложение. Переселение русских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 новые земли. Межэтнические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отношения.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многонациональной элиты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Изменения в картине мира человека в XVI—XVII вв. Повседневная жизнь. Семья и семейные отношения. Жилище и предметы быта. Проникновение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элементов европейской культуры в быт высших слоев населения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2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Архитектура. Дворцово- храмовый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ансамбль Соборной площади в Москве. Шатровый стиль в архитектуре. Собор Покрова на Рву. Монастырские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ансамбли (Кирилло-Белозерский,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Соловецкий, Ново- Иерусалимский). Крепости (Китай-город, Смоленский, Астраханский, Ростов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ский кремли).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Федор Конь. Деревянное зодчество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Симон Ушаков. Ярославская школа иконописи. Парсунная живопись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Летописание и начало книгопечатания. Лицевой свод. Домострой. Переписка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Ивана Грозного с князем Андреем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Курбским. Публицистика Смутного времени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Усиление светского начала в российской культуре. Симеон Полоцкий. Развитие образования и научных знаний. Школы при Аптекарском и Посольском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приказах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Промежуточнаяа 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Смута в России. Россия в XVII 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Зачет;</w:t>
            </w:r>
          </w:p>
        </w:tc>
      </w:tr>
      <w:tr w:rsidR="00BF78D8">
        <w:trPr>
          <w:trHeight w:hRule="exact" w:val="82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6.75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9.75</w:t>
            </w:r>
          </w:p>
        </w:tc>
      </w:tr>
    </w:tbl>
    <w:p w:rsidR="00BF78D8" w:rsidRDefault="0011627F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8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94"/>
        </w:trPr>
        <w:tc>
          <w:tcPr>
            <w:tcW w:w="504" w:type="dxa"/>
            <w:vMerge w:val="restart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BF78D8">
        <w:trPr>
          <w:trHeight w:hRule="exact" w:val="828"/>
        </w:trPr>
        <w:tc>
          <w:tcPr>
            <w:tcW w:w="1764" w:type="dxa"/>
            <w:vMerge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1764" w:type="dxa"/>
            <w:vMerge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Истоки европейского Просвещения.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Достижения естественных наук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распространение идей рационализма. Английское Просвещение; Дж. Локк и Т.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Гоббс. Секуляризация (обмирщение) сознания. Культ Разума.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71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Франция — ц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ентр Просвещения.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Философские и политические идеи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Ф. М. Вольтера, Ш. Л. Монтескье, Ж. Ж.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Руссо. «Энциклопедия» (Д. Дидро, Ж. Д’Аламбер). Германское Просвещение.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Распространение идей Просвещения в Америке. Влияние просветителей на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изменение представлений об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отношениях власти и общества. «Союз королей и философов».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Монархии в Европе XVIII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в.: абсолютные и парламентские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монархии. Просвещенный абсолютизм: правители, идеи, практика. Политика 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отношении сословий: старые порядки и новые веяния. Государство и Церковь. Секуляризация церковных земель.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Экономическая политика власти.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Меркантилизм.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Великобритания в XVIII в. Королевская власть и парламент. Тори и виги.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Предпосылки промышленного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переворота в Англии. Технические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изобретения и создание первых машин.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Появление фабрик, замена ручного труда машинным. Социальные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экономические последствия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промышленного переворота. Условия труда и быта фабричных рабочих.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Дв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ижения протеста. Луддизм.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4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Франция. Абсолютная монархия: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политика сохранения старого порядка. Попытки проведения реформ.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Королевская власть и сословия.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Германские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государства, монархия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Габсбургов, итальянские земли в XVIII в. Раздробленность Германии.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Возвышение Пруссии. Фридрих II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Великий. Габсбургская монархия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XVIII в. Правление Марии Терезии и Иосифа II. Реформы просвещенного абсолютизма. Итальянские государ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ства: политическая раздробленность.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Усиление власти Габсбургов над частью итальянских земель.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38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Германские государства, монархия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Габсбургов, итальянские земли в XVIII в. Раздробленность Германии.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Возвышение Пруссии. Фридрих II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Великий. Габсбургская монархия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XVIII в. Правление Марии Терезии и Иосифа II. Реформы просвещенного абсолютизма. Итальянские государства: политическая раздробленность.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Усиление власти Габсбургов над частью итальянских земе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ль.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35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Государства Пиренейского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полуострова. Испания: проблемы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внутреннего развития, ослабление международных позиций. Реформы в правление Карла III. Попытки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проведения реформ в Португалии.</w:t>
            </w:r>
          </w:p>
          <w:p w:rsidR="00BF78D8" w:rsidRDefault="0011627F">
            <w:pPr>
              <w:autoSpaceDE w:val="0"/>
              <w:autoSpaceDN w:val="0"/>
              <w:spacing w:before="70" w:after="0" w:line="278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Управление колониальными владениями Испании и Португалии в Южной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Америке. Недовольство населения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колоний политикой метрополий.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38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Британские колонии в Северной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Америке: борьба за независимость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Создание английских колоний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американской земле. Состав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лией и колониями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Бостонское чаепитие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9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52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Первый Континентальный конгресс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(1774) и начало Войны за независимость.</w:t>
            </w:r>
          </w:p>
          <w:p w:rsidR="00BF78D8" w:rsidRDefault="0011627F">
            <w:pPr>
              <w:autoSpaceDE w:val="0"/>
              <w:autoSpaceDN w:val="0"/>
              <w:spacing w:before="70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Первые сражения войны. Создание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регулярной армии под командованием Дж. Вашингтона. Принятие Декларации независимости (1776). Перелом в войне и ее завершение. Поддержка колонистов со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стороны России. Итоги Войны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независимость. Конституция (1787).</w:t>
            </w:r>
          </w:p>
          <w:p w:rsidR="00BF78D8" w:rsidRDefault="0011627F">
            <w:pPr>
              <w:autoSpaceDE w:val="0"/>
              <w:autoSpaceDN w:val="0"/>
              <w:spacing w:before="70" w:after="0" w:line="278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«Отцы-основатели». Билль о правах (1791). Значение завоевания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североамериканскими штатами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независимости.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Французская революция конца XVIII в.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Причины революции. Хронологические рамки и основные этапы революции.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Начало революции. Декларация прав человека и гражданина. Политические течения и деятели революции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(Ж. Ж. Дантон, Ж.-П. Марат).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Упразднение монархии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провозглашение республики.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Вареннский кризис.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86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Начало войн против европейских монархов. Казнь короля. Вандея.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Политическая борьба в годы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республики. Конвент и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«революционный порядок управления». Комитет общественного спасения.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М. Робеспьер.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Террор. Отказ от основ«старого мира»: культ разума, борьба против церкви, новый календарь.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Термидорианский переворот (27 июля 1794 г.). Учреждение Директории.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Наполеон Бонапарт. Государственный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переворот 18—19 брюмера (ноябрь 1799 г.). Установление режима консульства.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Итоги и значение революции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Европейская культура в XVIII в. 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науки. Новая картина мира в трудах математиков, физиков,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астрономов. Достижения в естественных науках и медицине. Продолжение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географических открытий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. Распрост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ранение образования.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Литература XVIII в.: жанры, писатели, великие романы. Художественные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стили: классицизм, барокко, рококо.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Музыка духовная и светская. Театр: жанры, популярные авторы,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произведения. Сословный характер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культуры. Повседневная жизнь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обитателей городов и деревень.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Международные отношения в XVIII в. Проблемы европейского баланса сил и дипломатия. Участие России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международных отношениях в XVIII в. Северная война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(1700—1721).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Династические войны «за наследство».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Семилетняя война (1756—1763). Разделы Речи Посполитой. Войны антифранцузских коалиций против революционной Франции.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Колониальные захваты европейских держав.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Османская империя: от могущества к упадку. Положение населения. Попытки проведения реформ; Селим III.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Индия. Ослабление империи Великих Моголов. Борьба европейцев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владения в Индии. Утверждение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британского владычества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4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Китай. Империя Цин в XVIII в.: власть маньчжурских императоров, система управления страной. Внешняя политика империи Цин; отношения с Россией.«Закрытие» Китая для иноземцев.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Япония в XVIII в. Сегуны и дайме.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Положение сословий. Культура стран Востока в XVIII в.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Историческое и культурное наследие XVIII 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70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Причины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предпосылки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преобразований. Россия и Европа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конце XVII в. Модернизация как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жизненно важная национальная задача.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Начало царствования Петра I, борьба за власть. Правление царевны Софьи. Стрелецкие бунты. Хованщина. Первые шаги на пути преобразований. Аз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овские походы. Великое посольство и 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значение. Сподвижники Петра 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политика. Строительство заводов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мануфактур. Создание базы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металлургической индустрии на Урале.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Оружейные заводы и корабельные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верфи. Роль государства в создании промышленности. Преобладание крепостного и подневольного труда.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Принципы меркантилизма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протекционизма. Таможенный тариф 1724 г. Введение подушной подати.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5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Социальная политика. Консолидация дворянского сословия, повышение его роли в управлении страной. Указ о единонаследии и Табель о рангах.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Противоречия в политике по отношению к купечеству и городским сословиям: расширение их прав в местном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управлении и уси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ление налогового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гнета. Положение крестьян. Переписи населения (ревизии).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Реформы управления. Реформы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местного управления (бурмистры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Ратуша), городская и областная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(губернская) реформы. Сенат, коллегии,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органы надзора и суда. Усиление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централизации и бюрократизации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управления. Генеральный регламент. Санкт-Петербург — новая столица.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Первые гвардейские полки. Создание регулярной армии, военного флота.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Рекрутские наборы.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76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Церковная реформа. Упразднение патриаршества, учреждение Синода. Положение инославных конфессий.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Оппозиция реформам Петра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I. Социальные движения в первой четверти XVIII в. Восстания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Астрахани, Башкирии, на Дону. Дело царевича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Алексея.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Внешняя политика. Северная война.</w:t>
            </w:r>
          </w:p>
          <w:p w:rsidR="00BF78D8" w:rsidRDefault="0011627F">
            <w:pPr>
              <w:autoSpaceDE w:val="0"/>
              <w:autoSpaceDN w:val="0"/>
              <w:spacing w:before="72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Причины и цели войны. Неудачи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начале войны и их преодоление. Битва при д. Лесной и победа под Полтавой. Прутский поход. Борьба за гегемонию на Балтике. Сражения у м. Гангут и о.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Гренгам. Ништадтский мир и 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последствия. Закрепление России на берегах Балтики. Провозглашение России империей. Каспийский поход Петра 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8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Внешняя политика. Северная война.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Причины и цели войны. Неудачи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начале войны и их преодоление. Битва при д. Лесной и победа под Полтавой. Прутский поход. Борьба за гегемонию на Балтике. Сражения у м. Гангут и о.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Гренгам. Ништадтский мир и 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последствия. Закрепление России на берегах Балтики. Провозглашение России им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перией. Каспийский поход Петра 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519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Преобразов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ания Петра I в области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культуры. Доминирование светского начала в культурной политике. Влияние культуры стран зарубежной Европы.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Привлечение иностранных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специалистов. Введение нового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летоисчисления, гражданского шрифта и гражданской печати. Первая газет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«Ведомости». Создание сети школ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специальных учебных заведений.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науки. Открытие Академии наук в Петербурге. Кунсткамера.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Светская живопись, портрет петровской эпохи. Скульптура и архитектура.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Памятники раннего барокко.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Повседневная жизнь и быт правящей элиты и основной массы населения.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Перемены в образе жизни российского дворянства. «Юности честное зерцало».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Новые формы общения в дворянской среде. Ассамблеи, балы, светские государственные праздники.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Европейский стиль в одежде,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развлечениях, питании. Изменения в положении женщин.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Итоги, последствия и значение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петровских преобразований. Образ Петра I в русской культуре.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Россия после Петра I. Дворцовые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перевороты Причины нестабильности политического строя. Дворцовые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перевороты. Фаворитизм. Создание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Верховного тайного совета. Крушение политической карьеры А. Д. Меншикова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Кондиции «верховников» и приход к власти Анны Иоанновны. Кабинет министров. Роль Э. Бирона, А. 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Остермана, А. П. Волын- ского, Б. Х. Миниха в управлении и политической жизни страны.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01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Укрепление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границ империи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восточной и юго-восточной окраинах.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Переход Младшего жуза под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суверенитет Российской империи. Война с Османской империей.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452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Россия при Елизавете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Петровне. Экономическая и финансовая политика. Деятельность П.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И. Шувалова.</w:t>
            </w:r>
          </w:p>
          <w:p w:rsidR="00BF78D8" w:rsidRDefault="0011627F">
            <w:pPr>
              <w:autoSpaceDE w:val="0"/>
              <w:autoSpaceDN w:val="0"/>
              <w:spacing w:before="70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Создание Дворянского и Купеческого банков. Усиление роли косвенных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налогов. Ликвидация внутренних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таможен. Распространение монополий в промышленности и внешней торговле. Основание Московского университета. М. В. Ломоносов и И. И. Шувалов.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 в международных конфликтах 1740—1750-х гг. Участие в Семилетней войне.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Экономическая и финансовая политика.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Распространение монополий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промышленности и внешней торговле. Основание Московского университета.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М. В. Ломоносов и И. И. Шувалов.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 в международных конфликтах 1740—1750-х гг. Участие в Семилетней войне.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Петр III. Манифест о вольности дворянства. Причины переворота 28 июня 1762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Итоги эпохи дворцовых переворотов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38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Внутренняя политика Екатерины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II. Личность императрицы. Идеи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Просвещения. «Просвещенный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абсолютизм», его особенности в России. Секуляризация церковных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земель.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Деятельность Уложенной комиссии.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Экономическая и финансовая политика правительства. Начало выпуска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ассигнаций. Отмена монополий,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умеренность таможенной политики.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Вольное экономическое общество. 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Губернская реформа Жалованные грамоты дворянству и городам.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Положение сословий. Дворянство —«первенствующее сословие» империи. Привлечение представителей сословий к местному управлению. Создание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дворянских обществ в губерниях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уездах. Расширение привиле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гильдейского купечества в налоговой сфере и городском управлении.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553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Национальная политика и народы России в XVIII в. Унификация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управления на окраинах империи.</w:t>
            </w:r>
          </w:p>
          <w:p w:rsidR="00BF78D8" w:rsidRDefault="0011627F">
            <w:pPr>
              <w:autoSpaceDE w:val="0"/>
              <w:autoSpaceDN w:val="0"/>
              <w:spacing w:before="70" w:after="0" w:line="288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Ликвидация гетманства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Левобережной Украине и Войска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Запорожского.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Кубанского казачества. Активизация деятельности по привлечению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иностранцев в Россию. Расселение колонистов в Новороссии, Поволжье, других регионах. Укрепление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веротерпимости по отношению 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неправославным и нехристианским конф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ессиям. Политика по отношению к исламу. Башкирские восстания.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черты оседлости.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16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Экономическое развитие России во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второй половине XVIII в. Крестьяне: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крепостные, государственные,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монастырские. Условия жизни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крепостной деревни. Права помещика по отношению к своим крепостным.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Барщинное и оброчное хозяйство.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Дворовые люди. Роль крепостного строя в экономике страны.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Промышленность в городе и деревне.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Роль государства, купечества,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помещиков в развитии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промышленности. Крепостной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вольнонаемный труд. Привлечение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крепостных оброчных крестьян к работе на мануфактурах. Развитие крестьянских промыслов. Рост текстильной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промышленности: распространение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производства хлопчатобумажных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тканей.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Начало известных предпринимательских династий: Морозовы, Рябушинские,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Гарелины, Прохоровы, Демидовы и др.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38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Внутренняя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внешняя торговля.</w:t>
            </w:r>
          </w:p>
          <w:p w:rsidR="00BF78D8" w:rsidRDefault="0011627F">
            <w:pPr>
              <w:autoSpaceDE w:val="0"/>
              <w:autoSpaceDN w:val="0"/>
              <w:spacing w:before="70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Торговые пути внутри страны. Водно-транспортные системы: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Вышневолоцкая, Тихвинская,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Мариинская и др. Ярмарки и их роль во внутренней торговле. Макарьевская, Ирбитская, Свенская, Коренная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ярмарки. Ярмарки Малороссии.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Партнеры России во внешней торговле в Европе и в мире. Обеспечение активного внешнеторгового баланса.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Обострение социальных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противоречий. Чумной бунт в Москве.</w:t>
            </w:r>
          </w:p>
          <w:p w:rsidR="00BF78D8" w:rsidRDefault="0011627F">
            <w:pPr>
              <w:autoSpaceDE w:val="0"/>
              <w:autoSpaceDN w:val="0"/>
              <w:spacing w:before="70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Восстание под предводительством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Емельяна Пугачева. Антидворянский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антикрепостнический характер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движения. Роль казачества, народов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Урала и Поволжья в восстании. Влияние восстания на внутреннюю политику и развитие общественной мысли.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28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Внешняя политика России второй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половины XVIII в., ее основные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задачи. Н. И. Панин и А. А. Безбородко.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Борьба России за выход к Черному морю. Войны с Османской империей.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П. А. Румянцев, А. В. Суворов, Ф. Ф. Ушаков, победы российских войск под их руководством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6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П. А. Румя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нцев, А. В. Суворов, Ф. Ф. Ушаков, победы российских войск под их руководством.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Присоединение Крыма и Северного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Причерноморья. Организация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управления Новороссией. Строительство новых городов и портов.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Основание Пятигорска, Севастополя, Одессы, Херсона. Г. А. Потемкин.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Путешествие Екатерины II на юг в 1787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418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Участие России в разделах Речи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Посполитой. Политика России в Польше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до начала 1770-х гг.: стремление 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усилению российского влияния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условиях сохранения польского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государства. Участие России в разделах Польши вместе с империей Габсбургов и Пруссией. Первый, второй и третий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разделы. Борьба поляков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национальную неза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висимость.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под предводительством Т. Костюшко.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Народы Волго-Уральского региона в социальных движениях и восстаниях начала XVIII в. Татары и народы Волго-Уральского региона в Пугачевском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 при Павле I. Личность Павла I и ее влияние на политику страны.</w:t>
            </w:r>
          </w:p>
          <w:p w:rsidR="00BF78D8" w:rsidRDefault="0011627F">
            <w:pPr>
              <w:autoSpaceDE w:val="0"/>
              <w:autoSpaceDN w:val="0"/>
              <w:spacing w:before="70" w:after="0" w:line="28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Основные принципы внутренней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политики. Ограничение дворянских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привилегий. Укрепление абсолютизма через отказ от принципов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«просвещенного абсолютизма»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усиление бюрократического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ицейского характера государства и личной власти императора. Акт 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престолонаследии и Манифест о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«трехдневной барщине». Политика по отношению к дворянству,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взаимоотношения со столичной знатью. Меры в области внешней политики.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Причины дворцового переворота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11 марта 1801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 при Павле I. Личность Павла I и ее влияние на политику страны.</w:t>
            </w:r>
          </w:p>
          <w:p w:rsidR="00BF78D8" w:rsidRDefault="0011627F">
            <w:pPr>
              <w:autoSpaceDE w:val="0"/>
              <w:autoSpaceDN w:val="0"/>
              <w:spacing w:before="70" w:after="0" w:line="28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Основные принципы внутренней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политики. Ограничение дворянских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привилегий. Укрепление абсолютизма через отказ от принципов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«просвещенного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абсолютизма»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усиление бюрократического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полицейского характера государства и личной власти императора. Акт 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престолонаследии и Манифест о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«трехдневной барщине». Политика по отношению к дворянству,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взаимоотношения со столичной знатью. Меры в области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внешней политики.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Причины дворцового переворота 11 марта 1801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Участие России в борьбе с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революционной Францией. Итальянский и Швейцарский походы А. В. Суворова.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Действия эскадры Ф. Ф. Ушакова в Средиземном море.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3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Идеи Просвещения в российской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общественной мысли, публицистике и литературе. Литература народов России в XVIII в. Первые журналы.</w:t>
            </w:r>
          </w:p>
          <w:p w:rsidR="00BF78D8" w:rsidRDefault="0011627F">
            <w:pPr>
              <w:autoSpaceDE w:val="0"/>
              <w:autoSpaceDN w:val="0"/>
              <w:spacing w:before="70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Общественные идеи в произведениях А. П. Сумарокова, Г. Р. Державина,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Д. И. Фонвизина. Н. И. Новиков,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материалы о положении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крепостных крестьян в его журналах. А. Н. Радищев и его «Путешествие из Петербурга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 Москву».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654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Русская культура и культура народов России в XVIII в. Развитие новой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светской культуры после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преобразований Петра I. Укрепление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взаимосвязей с культурой стран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зарубежной Европы. Масонство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России. Распространение в России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ибывших из-за рубежа.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Усиление внимания к жизни и культуре русского народа и историческому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прошлому России к концу столетия. Культура и быт российских сословий.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Дворянство: жизнь и быт дворянской усадьбы. Духовенство. Купечество.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517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Российская наука в XVIII в. Академия наук в Петербурге. Изучение страны —главная задача российской науки.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Географические экспедиции. Вторая Камчатская экспедиция. Освоение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Аляски и Северо-Западного побережья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Америки. Российско-американская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компания. Исследования в области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отечественной истории. Изучение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российской словесности и развитие русского литературного языка.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Российская академия. Е. Р. Дашкова.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М. В. Ломоносов и его роль в становлении российской наук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 и образования.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3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5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 в России в XVIII 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педагогические идеи.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Воспитание «новой породы» людей.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Основание воспитательных домов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Санкт-Петербурге и Москве, Института бла- городных девиц в Смольном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монастыре. Сословные учебные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заведения для юношества из дворянства.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Московский университет — первый российский университет.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Русская архитектура XVIII в.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Строительство Петербурга,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его городского плана.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Регулярный характер застройки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Петербурга и других городов. Барокко 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архитектуре Москвы и Петербурга.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Переход к классицизму, создание архитектурных ансамблей в стиле классицизма в обеих столицах.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В. И. Баженов, М. Ф. Казаков,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Ф. Ф. Растрелли. Изобразительное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 в России, его выдающиеся мастера и произведения. Акаде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художеств в Петербурге. Расцвет жанра парадного портрета в середине XVIII в.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Новые веяния в изобразительном искусстве в конце столетия.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Наш край в XVIII 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8.75</w:t>
            </w:r>
          </w:p>
        </w:tc>
      </w:tr>
    </w:tbl>
    <w:p w:rsidR="00BF78D8" w:rsidRDefault="0011627F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9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BF78D8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8D8" w:rsidRDefault="00BF78D8"/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8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Европа в начале XIX в.  Провозглашение империи Наполеона I во Франции.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Реформы. Законодательство.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Наполеоновские войны.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Антинаполеоновские коалиции.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Политика Наполеона в завоеванных странах. Отношение населения к завоевателям: сопротивление,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сотрудничество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Поход армии Наполеона в Россию и крушение Французской империи. Венский конгресс: цели, главные участники, решения. Создание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Священного союза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Промышленный переворот, 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особенности 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странах Европы и США.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Изменения в социальной структуре общества.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Распространение социалистических идей; социалисты-утописты.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Выступления рабочих. Социальные и национальные движения в странах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Европы. Оформление консервативных,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либеральных, радикальных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политических течений и партий.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Франция: Реставрация, Июльская монархия, Вторая республика.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Великобритания: борьба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парламентскую реформу; чартизм.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Нарастание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освободительных движений.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Освобождение Греции. Европейские революции 1830 г. и 1848—1849 гг.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Возникновение и распространение марксизма.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Великобритания в Викторианскую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эпоху. «Мастерская мира». Рабочее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движение. Политические и социальные реформы. Британская колониальная империя; доминионы.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0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Франция. Им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перия Наполеона III: внутренняя и внешняя политика.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Активизация колониальной экспансии. Франко-германская война 1870—1871 гг. Парижская коммуна.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Италия. Подъем борьбы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независимость итальянских земель. К.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Кавур, Дж. Гарибальди. Образование единого государства. Король Виктор Эммануил II.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Германия. Движение за объединение германских государств. О. Бисмарк.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Северогерманский союз.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Провозглашение Германской империи.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Социальная политика. Включение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империи в систему внешнеполитических союзов и колониальные захваты.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416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Страны Центральной и Юго-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Восточной Европы во второй половине XIX — начале XX в. Габсбургская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империя: экономическое и политическое развитие, положение народов,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национальные движения.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Провозглашение дуалистической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Австро-Венгерской монархии (1867).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Югославянские народы: борьба за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освобождение от османского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господства. Русско-турецкая война 1877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—1878 гг., ее итоги.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721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Соединенны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 Штаты Америки. Север и Юг: экономика, социальные отношения, политическая жизнь. Проблема рабства; аболиционизм. Гражданская война (1861—1865): причины, участники, итоги. А. Линкольн. Восстановление Юга.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Промышленный рост в конце XIX в.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Экономическое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политическое развитие стран Европы и США в конце XIX — начале ХХ в.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Завершение промышленного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переворота. Вторая промышленная революция. Индустриализация.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Монополистический капитализм.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Технический прогресс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промышленности и сельском хозяйстве.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транспорта и средств связи. Миграция из Старого в Новый Свет.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Положение основных социальных групп. Рабочее движение и профсоюзы.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социалистических партий.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31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390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Страны Латинской Америки в XIX —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начале ХХ в.  Политика метрополий в латиноамериканских владениях.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Колониальное общество.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Освободительная борьба: задачи,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участники, формы выступлений. Ф. Д. Туссен-Лувертюр, С. Боливар.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Провозглашение независимых государств.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Влияние США на страны Латинской Америки. Традиционные отношения; латифундизм. Проблемы модернизации.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Мексиканская революция 1910—1917 гг.: участники, итоги, значение.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19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Япония. Вн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утренняя и внешняя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политика сегуната Токугава. «Открытие Японии». Реставрация Мэйдзи.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Введение конституции. Модернизация в экономике и социальных отношениях. Переход к политике завоеваний.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Китай. Империя Цин. «Опиумные войны». Восстание тайпинов.</w:t>
            </w:r>
          </w:p>
          <w:p w:rsidR="00BF78D8" w:rsidRDefault="0011627F">
            <w:pPr>
              <w:autoSpaceDE w:val="0"/>
              <w:autoSpaceDN w:val="0"/>
              <w:spacing w:before="70" w:after="0" w:line="27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«Открытие» Китая. Политика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«самоусиления». Восстание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«ихэтуаней». Революция 1911—1913 гг. Сунь Ятсен.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Османская империя. Традиционные устои и попытки проведения реформ.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Политика Танзимата. Принятие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конституции. Младотурецкая революция 1908—1909 гг. Революция 1905—1911 г. в Иране.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Индия. Колониальный режим.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Индийское национальное движение.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сипаев (1857—1859).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Объявление Индии владением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британской короны. Политическое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Индии во второй половине XIX в. Создание Индийского национального конгресса. Б. Тилак, М.К. Ганди.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Народы Африки в ХIХ — начале ХХ в. 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Завершение колониального раздела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мира. Колониальные порядки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традиционные общественные отношения в странах Африки. Выступления против колонизаторов. Англо-бурская война.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3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культуры в XIX — начале ХХ в.  Научные открытия и технические изобретения в XIX —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начале ХХ в.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Революция в физике. Достижения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естествознания и медицины. Развитие философии, психологии и социологии. Распространение образования.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Технический прогресс и изменения в условиях труда и повседневной жизни людей. Художественная культура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XIX — н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ачала ХХ в.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51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Эволюция стилей в литературе,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живописи: классицизм, романтизм, реализм. Импрессионизм. Модернизм. Смена стилей в архитектуре.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Музыкальное и театральное искусство.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Рождение кинематографа. Деятели культуры: жизнь и творчество.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Международные отношения в XIX —начале XX в.  Венская система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международных отношений.</w:t>
            </w:r>
          </w:p>
          <w:p w:rsidR="00BF78D8" w:rsidRDefault="0011627F">
            <w:pPr>
              <w:autoSpaceDE w:val="0"/>
              <w:autoSpaceDN w:val="0"/>
              <w:spacing w:before="72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Внешнеполитические интересы великих держав и политика союзов в Европе.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Восточный вопрос. Колониальные захваты и колониальные империи.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Старые и новые лидеры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индустриального мира. Активизация борьбы за передел мира. Формирование военно-политических блоков великих держав. Первая Гаагская мирная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конференция (1899). Международные конфликты и войны в конце XIX —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начале ХХ в. (испано-американская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война, русско-япо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нская война,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боснийский кризис). Балканские войны.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Историческое и культурное наследие XIX 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Александровская эпоха: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государственный либерализм Проекты либеральных реформ Александра I. Внешние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внутренние факторы.</w:t>
            </w:r>
          </w:p>
          <w:p w:rsidR="00BF78D8" w:rsidRDefault="0011627F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Негласный комитет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Реформы государственного управления. М. М. Сперанский.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Внешняя политика России. Война России с Францией 1805—1807 гг. Тильзитский мир. Война со Швецией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1808—1809 г. и присоединение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Финляндии. Война с Турцией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Бухарестский мир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1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1812 г.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Отечественная война 1812 г. —важнейшее событие российской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мировой истории XIX в. Венский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конгресс и его решения. Священный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союз. Возрастание роли России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европейской политике после победы над Наполеоном и Венского конгресса.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та;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Либеральные и охранительные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тенденции во внутренней политике. Польская конституция 1815 г. Военные поселения. Дворянская оппозиция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самодержавию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Тайные организации: Союз спасения, Союз благоденствия, Северное и Южное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общества.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Николаевское самодержавие: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государственный консерватизм Реформаторские и консервативные тенденции в политике Николая I.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Экономическая политика в условиях политиче- ского консерватизма.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Государственная регламентация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общественной жизни: централизация управления, политическая полиция, кодификация законов, цензура,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попечительство об образовании.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Крестьянский вопрос. Реформа г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осударственных крестьян П. Д.</w:t>
            </w:r>
          </w:p>
          <w:p w:rsidR="00BF78D8" w:rsidRDefault="0011627F">
            <w:pPr>
              <w:autoSpaceDE w:val="0"/>
              <w:autoSpaceDN w:val="0"/>
              <w:spacing w:before="72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Киселева 1837—1841 гг. Официальная идеология: «православие, самодержавие, народность».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профессиональной бюрократии.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Расширение империи: русско-иранская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русско-турецкая войны. *Россия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Западная Европа: особенности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взаимного восприятия. «Священный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союз». Россия и революции в Европе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. Восточный вопрос. Распад Венской системы. Крымская война. Героическая оборона Севастополя. Па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рижский мир 1856 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5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right="72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Сословная структура российского общества. Крепостное хозяйство.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Помещик и крестьянин, конфликты и сотрудничество. Промышленный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переворот и его особенности в России.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Начало железнодорожного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строительства. Москва и Петербург: спор двух столиц. Города как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административные, торговые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промышленные центры. Городское самоуправление.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45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Общественная жизнь в 1830—1850-е гг. Роль литературы, печати, университетов в формировании независимого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общественного мнения. Общественная мысль: официальная идеология,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славянофилы и западники, зарождение социалистической мысли. Складывание теории русского социализма. А. И.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Герцен. Влияние немецкой философии и французского социализма на русскую общественную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мысль. Россия и Европа как центральный пункт общественных дебатов.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Национальные корни отечественной культуры и западные влияния.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Государственная политика в области культуры. Основные стили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художественной культуре: романтизм, классицизм, реализм. Ампир как стиль империи.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Культ гражданственности. Золотой век русской литературы. Формирование русской музыкальной школы. Театр, живопись, архитектура. Развитие науки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техники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2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Географические экспедиции. Открытие Антарктиды. Деятельность Русского географического общества. Школы и университеты. Народная культура.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 повседневности: обретение комфорта. Жизнь в городе и в усадьбе.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Российская культура как часть европейской культуры.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3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452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Народы России в первой половине XIX в.  Многообразие культур и религий Российской империи. Православная церковь и основные конфессии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(католичество, протестантство, ислам, иудаизм, буддизм). Конфликты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сотрудничество между народами.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right="720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Особенности администр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ативного управления на окраинах империи.</w:t>
            </w:r>
          </w:p>
          <w:p w:rsidR="00BF78D8" w:rsidRDefault="0011627F">
            <w:pPr>
              <w:autoSpaceDE w:val="0"/>
              <w:autoSpaceDN w:val="0"/>
              <w:spacing w:before="70" w:after="0" w:line="278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Царство Польское. Польское восстание 1830—1831 гг. Присоединение Грузии и Закавказья. Кавказская война. Движение Шамиля.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Реформы 1860—1870-х гг. — движение к правовому государству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гражданскому обществу.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Крестьянская реформа 1861 г. и ее последствия. Крестьянская община.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Земская и городская реформы.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Становление общественного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самоуправления. Судебная реформа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правового сознания. Военные реформы. Утверждение начал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всесословности в правовом строе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страны. Конституционный вопрос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Многовекторность внешней политики империи. Завершение Кавказской войны.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Присоединение Средней Азии. Россия и Балканы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08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Русско-турецкая война 1877—1878 гг. Россия на Дальнем Востоке.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587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«Народное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самодержавие» Александра III. Идеология самобытного развития России. Государственный национализм. Реформы и «контрреформы». Политика консервативной стабилизации.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872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Ограничение общественной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самодеятельности. Местное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самоуправление и самодержавие.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Независимость суда. Права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университетов и власть попечителей.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Печать и цензура. Экономическая модернизация через государственное вмешательство в экономику.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Форсированное развитие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промышленности. Финансовая политика. Консервация аграрных отношений.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Пространство империи. Основные сферы и направления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внешнеполитических интересов.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Упрочение статуса великой державы. Освоение государственной территории.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Сельское хозяйство и промышленность.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Пореформенная деревня: традиции и новации. Общинное землевладение и крестьянское хозяйство.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Взаимозависимость помещичьего и крестьянского хозяйств. Помещичье«оскудение». Социальные типы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крестьян и помещиков. Дворяне-предприниматели.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Письменный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16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Индустриализация и урбанизация.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Железные дороги и их роль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экономической и социальной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модернизации. Миграции сельского населения в города. Рабочий вопрос и его особенности в России.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Государственные, общественные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частнопредпринимательские способы его решения.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0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Культура и быт народов России во второй половине XIX в. Развитие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городской культуры. Технический прогресс и перемены в повседневной жизни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транспорта, связи. Рост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образования и распространение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грамотности. Появление массовой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печати. Роль печатного слова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формировании общественного мнения.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Народная, элитарная и массовая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культура. Российская культура XIX в. как часть мировой культуры.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Становление национальной научной школы и ее вклад в мировое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научное знание.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Достижения российской науки.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Общественная значимость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художественной культуры. Литература, живопись, музыка, театр. Архитектура и градостроительство.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Этнокультурный облик империи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регионы и народы Российской империи и их роль в жизни страны.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Правовое положение различных этносов и конфессий. Процессы национального и религиозного возрождения у народов Российской империи. Национальные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движения на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родов России.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Взаимодействие национальных культур и народов. Национальная политика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самодержавия. Укрепление автономии Финляндии. Польское восстание 1863 г.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Прибалтика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Еврейский вопрос. Поволжье. Северный Кавказ и Закавказье. Север, Сибирь,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Дальний Восток. Средняя Азия. Миссии Русской православной церкви и ее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знаменитые миссионеры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10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654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Формирование гражданского общества и основные направления общественных движений  Общественная жизнь в 1860—1890-х гг. Рост общественной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самодеятельности. Расширение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публичной сферы (общественное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самоуправление, печать, образование, суд). Феномен интелли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генции.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Общественные организации.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Благотворительность. Студенческое движение. Рабочее движение. Женское движение. Идейные течения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общественное движение. Влияние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позитивизма, дарвинизма, марксизма и других направлений европейской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общественной мысли. Ко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нсервативная мысль. Национализм. Либерализм и его особенности в России. Русский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социализм. Русский анархизм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484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. Формы политической оппозиции: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земское движение, революционное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подполье и эмиграция. Народничество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его эволюция. Народнические кружки: идеология и практика. Большое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общество пропаганды. «Хождение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народ». «Земля и воля» и ее раскол.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«Черный передел» и «Народная воля». Политический терроризм.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Распространение марксизма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социал-демократии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  <w:p w:rsidR="00BF78D8" w:rsidRDefault="0011627F">
            <w:pPr>
              <w:autoSpaceDE w:val="0"/>
              <w:autoSpaceDN w:val="0"/>
              <w:spacing w:before="72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Группа «Освобождение труда». «Союз борьбы за освобождение рабочего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класса». I съезд РСДРП.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788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Россия на пороге ХХ в.  На пороге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нового века: динамика и противоречия развития. Экономический рост.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Промышленное развитие. Новая гео-графия экономики. Урбанизация и облик городов. Отечественный и иностранный капитал, его роль в индустриализации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страны. Россия — мировой экспортер хлеба. Аграрный вопрос. Демография, социальная стратификация. Разложение сословных структур.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новых социальных страт. Буржуазия.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Рабочие: социальная характеристика и борьба за права. Средние городские слои. Т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ипы сельского землевладения и хозяйства. Помещики и крестьяне.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Положение женщины в обществе.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Церковь в условиях кризиса имперской идеологии. Распространение светской этики и культуры. Имперский центр и регионы. Национальная политика,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этнические элиты и на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ционально-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культурные движения.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Россия в системе международных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отношений. Политика на Дальнем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Востоке. Русско-японская война 1904—1905 гг. Оборона Порт-Артура.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Цусимское сражение.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8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78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Предпосылки Первой российской революции. Формы социальных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протестов. Деятельность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профессиональных революционеров.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Политический терроризм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687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«Кровавое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воскресенье» 9 января 1905 г.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Выступления рабочих, крестьян,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средних городских слоев, солдат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матросов. Всероссийская октябрьская политическая стачка. Манифест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17 октября 1905 г. Формирование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многопартийной системы. Политические партии, массовые движе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ния и их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лидеры. Неонароднические партии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организации (социалисты-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революционеры). Социал-демократия: большевики и меньшевики.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Либеральные партии (кадеты,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октябристы). Национальные партии.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Правомонархические партии в борьбе с революцией. Советы и профс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оюзы.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Декабрьское 1905 г. вооруженное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восстание в Москве. Особенности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революционных выступлений в 1906—1907 гг.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BF78D8">
        <w:trPr>
          <w:trHeight w:hRule="exact" w:val="21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  <w:p w:rsidR="00BF78D8" w:rsidRDefault="0011627F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Избирательная кампания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I Государственную думу. Основные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государственные законы 23 апреля 1906 г. Деятельность I и II Государственной думы: итоги и уроки.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Общество и власть после революции.</w:t>
            </w:r>
          </w:p>
          <w:p w:rsidR="00BF78D8" w:rsidRDefault="0011627F">
            <w:pPr>
              <w:autoSpaceDE w:val="0"/>
              <w:autoSpaceDN w:val="0"/>
              <w:spacing w:before="70" w:after="0" w:line="286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Уроки революции: политическая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стабилизация и социальные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преобразования. П. А. Столыпин: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программа системных реформ, масштаб и результаты. Незавершенность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преобразований и нарастание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социальных противоречий. III и IV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Государственная дума. Идейно-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политический спектр. Общественный и социальный подъем.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Обострение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международной обстановки.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Блоковая система и участие в ней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России. Россия в преддверии мировой катастрофы.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92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BF78D8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Серебряный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век российской культуры.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Новые явления в художественной литературе и искусстве.</w:t>
            </w:r>
          </w:p>
          <w:p w:rsidR="00BF78D8" w:rsidRDefault="0011627F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Мировоззренческие ценности и стиль жизни. Литература начала XX в.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Живопись. «Мир искусства».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Архитектура. Скульптура.</w:t>
            </w:r>
          </w:p>
          <w:p w:rsidR="00BF78D8" w:rsidRDefault="0011627F">
            <w:pPr>
              <w:autoSpaceDE w:val="0"/>
              <w:autoSpaceDN w:val="0"/>
              <w:spacing w:before="7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Драматический театр: традиции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новаторство. Музыка.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«Русские сезоны»в Париже. Зарождение российского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кинематографа.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Развитие народного просвещения: попытка преодоления разрыва между образованным обществом и народом. Открытия российских ученых.</w:t>
            </w:r>
          </w:p>
          <w:p w:rsidR="00BF78D8" w:rsidRDefault="0011627F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Достижения гуманитарных наук.</w:t>
            </w:r>
          </w:p>
          <w:p w:rsidR="00BF78D8" w:rsidRDefault="0011627F">
            <w:pPr>
              <w:autoSpaceDE w:val="0"/>
              <w:autoSpaceDN w:val="0"/>
              <w:spacing w:before="70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 русской философской школы. Вклад России начала XX в. в мировую культуру.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Наш край в XIX — начале ХХ 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BF78D8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Обобщеиие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BF78D8">
        <w:trPr>
          <w:trHeight w:hRule="exact" w:val="80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78D8" w:rsidRDefault="0011627F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7.25</w:t>
            </w:r>
          </w:p>
        </w:tc>
      </w:tr>
    </w:tbl>
    <w:p w:rsidR="00BF78D8" w:rsidRDefault="00BF78D8">
      <w:pPr>
        <w:autoSpaceDE w:val="0"/>
        <w:autoSpaceDN w:val="0"/>
        <w:spacing w:after="0" w:line="14" w:lineRule="exact"/>
      </w:pPr>
    </w:p>
    <w:p w:rsidR="00BF78D8" w:rsidRDefault="00BF78D8">
      <w:pPr>
        <w:sectPr w:rsidR="00BF78D8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78" w:line="220" w:lineRule="exact"/>
      </w:pPr>
    </w:p>
    <w:p w:rsidR="00BF78D8" w:rsidRDefault="0011627F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УЧЕБНО-МЕТОДИЧ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ЕСКОЕ ОБЕСПЕЧЕНИЕ ОБРАЗОВАТЕЛЬНОГО ПРОЦЕССА </w:t>
      </w:r>
    </w:p>
    <w:p w:rsidR="00BF78D8" w:rsidRDefault="0011627F">
      <w:pPr>
        <w:autoSpaceDE w:val="0"/>
        <w:autoSpaceDN w:val="0"/>
        <w:spacing w:before="346" w:after="0" w:line="355" w:lineRule="auto"/>
        <w:ind w:right="576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ОБЯЗАТЕЛЬНЫЕ УЧЕБНЫЕ МАТЕРИАЛЫ ДЛЯ УЧЕНИКА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5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Вигасин А.А., Годер Г.И., Свенцицкая И.С.; под редакцией Искендерова А.А. Всеобщая история.</w:t>
      </w:r>
    </w:p>
    <w:p w:rsidR="00BF78D8" w:rsidRDefault="0011627F">
      <w:pPr>
        <w:autoSpaceDE w:val="0"/>
        <w:autoSpaceDN w:val="0"/>
        <w:spacing w:before="70" w:after="0" w:line="34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История Древнего мира.5 кл. Издательство «Просвещение»;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6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Агибалова Е.В., Донской Г.М.; под редакцией Сванидзе А.А. Всеобщая история. История Средних веков. 6 кл. Издательство «Просвещение»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Юдовская А.Я., Баранов П.А., Ванюшкина Л.М.; под редакцие</w:t>
      </w:r>
      <w:r>
        <w:rPr>
          <w:rFonts w:ascii="Times New Roman" w:eastAsia="Times New Roman" w:hAnsi="Times New Roman"/>
          <w:color w:val="000000"/>
          <w:sz w:val="24"/>
        </w:rPr>
        <w:t>й Искендерова А.А. Всеобщая история.</w:t>
      </w:r>
    </w:p>
    <w:p w:rsidR="00BF78D8" w:rsidRDefault="0011627F">
      <w:pPr>
        <w:autoSpaceDE w:val="0"/>
        <w:autoSpaceDN w:val="0"/>
        <w:spacing w:before="70" w:after="0" w:line="324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История Нового времени. 7 кл. Издательство «Просвещение»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Андреев И.Л., Данилевский И.Н., Фёдоров И.Н. и другие. История России: XVI – конец XVII века. 7 кл. ООО «ДРОФА»; Издательство «Просвещение»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Введите свой вар</w:t>
      </w:r>
      <w:r>
        <w:rPr>
          <w:rFonts w:ascii="Times New Roman" w:eastAsia="Times New Roman" w:hAnsi="Times New Roman"/>
          <w:color w:val="000000"/>
          <w:sz w:val="24"/>
        </w:rPr>
        <w:t xml:space="preserve">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8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Юдовская А.Я., Баранов П.А., Ванюшкина Л.М. и другие; под редакцией Искендерова А.А. Всеобщая история. История Нового времени. 8 кл. Издательство «Просвещение»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9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Юдовская А.Я., Баранов П.А., Ванюшкина Л.М. и</w:t>
      </w:r>
      <w:r>
        <w:rPr>
          <w:rFonts w:ascii="Times New Roman" w:eastAsia="Times New Roman" w:hAnsi="Times New Roman"/>
          <w:color w:val="000000"/>
          <w:sz w:val="24"/>
        </w:rPr>
        <w:t xml:space="preserve"> другие; под редакцией Искендерова А.А. Всеобщая история. История Нового времени. 9 класс /Издательство «Просвещение»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Ляшенко Л.М., Волобуев О.В., Симонова Е.В., Клоков В.А. История России: XIX – начало XX века. 9 класс /ООО «ДРОФА»; АО «Издательство Пр</w:t>
      </w:r>
      <w:r>
        <w:rPr>
          <w:rFonts w:ascii="Times New Roman" w:eastAsia="Times New Roman" w:hAnsi="Times New Roman"/>
          <w:color w:val="000000"/>
          <w:sz w:val="24"/>
        </w:rPr>
        <w:t xml:space="preserve">освещение» 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Введите свой вариант:</w:t>
      </w:r>
    </w:p>
    <w:p w:rsidR="00BF78D8" w:rsidRDefault="0011627F">
      <w:pPr>
        <w:autoSpaceDE w:val="0"/>
        <w:autoSpaceDN w:val="0"/>
        <w:spacing w:before="384" w:after="0" w:line="434" w:lineRule="auto"/>
        <w:ind w:right="1440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МЕТОДИЧЕСКИЕ МАТЕРИАЛЫ ДЛЯ УЧИТЕЛЯ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5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6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8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9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ЦИФРОВЫЕ ОБРАЗОВАТЕЛЬНЫЕ РЕСУРСЫ И РЕСУРСЫ СЕТИ ИНТЕРНЕТ 5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6 КЛАСС</w:t>
      </w:r>
    </w:p>
    <w:p w:rsidR="00BF78D8" w:rsidRDefault="00BF78D8">
      <w:pPr>
        <w:sectPr w:rsidR="00BF78D8">
          <w:pgSz w:w="11900" w:h="16840"/>
          <w:pgMar w:top="298" w:right="650" w:bottom="49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126" w:line="220" w:lineRule="exact"/>
      </w:pPr>
    </w:p>
    <w:p w:rsidR="00BF78D8" w:rsidRDefault="0011627F">
      <w:pPr>
        <w:autoSpaceDE w:val="0"/>
        <w:autoSpaceDN w:val="0"/>
        <w:spacing w:after="0" w:line="384" w:lineRule="auto"/>
        <w:ind w:right="8742"/>
        <w:jc w:val="both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8 КЛА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9 КЛАСС</w:t>
      </w:r>
    </w:p>
    <w:p w:rsidR="00BF78D8" w:rsidRDefault="00BF78D8">
      <w:pPr>
        <w:sectPr w:rsidR="00BF78D8">
          <w:pgSz w:w="11900" w:h="16840"/>
          <w:pgMar w:top="346" w:right="1440" w:bottom="1440" w:left="666" w:header="720" w:footer="720" w:gutter="0"/>
          <w:cols w:space="720" w:equalWidth="0">
            <w:col w:w="9794" w:space="0"/>
          </w:cols>
          <w:docGrid w:linePitch="360"/>
        </w:sectPr>
      </w:pPr>
    </w:p>
    <w:p w:rsidR="00BF78D8" w:rsidRDefault="00BF78D8">
      <w:pPr>
        <w:autoSpaceDE w:val="0"/>
        <w:autoSpaceDN w:val="0"/>
        <w:spacing w:after="78" w:line="220" w:lineRule="exact"/>
      </w:pPr>
    </w:p>
    <w:p w:rsidR="00BF78D8" w:rsidRDefault="0011627F">
      <w:pPr>
        <w:autoSpaceDE w:val="0"/>
        <w:autoSpaceDN w:val="0"/>
        <w:spacing w:after="0" w:line="408" w:lineRule="auto"/>
        <w:ind w:right="432"/>
      </w:pPr>
      <w:r>
        <w:rPr>
          <w:rFonts w:ascii="Times New Roman" w:eastAsia="Times New Roman" w:hAnsi="Times New Roman"/>
          <w:b/>
          <w:color w:val="000000"/>
          <w:sz w:val="24"/>
        </w:rPr>
        <w:t>МАТ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ЕРИАЛЬНО-ТЕХНИЧЕСКОЕ ОБЕСПЕЧЕНИЕ ОБРАЗОВАТЕЛЬНОГО ПРОЦЕССА УЧЕБНОЕ ОБОРУДОВАНИЕ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ОБОРУДОВАНИЕ ДЛЯ ПРОВЕДЕНИЯ ПРАКТИЧЕСКИХ РАБОТ</w:t>
      </w:r>
    </w:p>
    <w:p w:rsidR="00BF78D8" w:rsidRDefault="00BF78D8">
      <w:pPr>
        <w:sectPr w:rsidR="00BF78D8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11627F" w:rsidRDefault="0011627F"/>
    <w:sectPr w:rsidR="0011627F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1627F"/>
    <w:rsid w:val="0015074B"/>
    <w:rsid w:val="0029639D"/>
    <w:rsid w:val="00326F90"/>
    <w:rsid w:val="00935543"/>
    <w:rsid w:val="00AA1D8D"/>
    <w:rsid w:val="00B47730"/>
    <w:rsid w:val="00BF78D8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935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9355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935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935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56FEA0-075F-4596-8AB9-9E0BA5E2E0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26697</Words>
  <Characters>152175</Characters>
  <Application>Microsoft Office Word</Application>
  <DocSecurity>0</DocSecurity>
  <Lines>1268</Lines>
  <Paragraphs>357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178515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dcterms:created xsi:type="dcterms:W3CDTF">2013-12-23T23:15:00Z</dcterms:created>
  <dcterms:modified xsi:type="dcterms:W3CDTF">2022-11-09T11:34:00Z</dcterms:modified>
  <cp:category/>
</cp:coreProperties>
</file>